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Guava Shorts（芭樂短劇）クリエイターアップロード許諾規約</w:t>
      </w:r>
    </w:p>
    <w:p>
      <w:pPr>
        <w:ind w:left="454"/>
      </w:pPr>
      <w:r>
        <w:rPr>
          <w:b w:val="0"/>
        </w:rPr>
        <w:t>この日本語版は参考として提供するものです。本版と繁体字中国語版との間に相違がある場合は、繁体字中国語版が優先します。</w:t>
      </w:r>
    </w:p>
    <w:p>
      <w:pPr>
        <w:pStyle w:val="ListBullet"/>
      </w:pPr>
      <w:r>
        <w:rPr>
          <w:b/>
        </w:rPr>
        <w:t>バージョン</w:t>
      </w:r>
      <w:r>
        <w:rPr>
          <w:b w:val="0"/>
        </w:rPr>
        <w:t>：v1.6</w:t>
      </w:r>
    </w:p>
    <w:p>
      <w:pPr>
        <w:pStyle w:val="ListBullet"/>
      </w:pPr>
      <w:r>
        <w:rPr>
          <w:b/>
        </w:rPr>
        <w:t>公告日</w:t>
      </w:r>
      <w:r>
        <w:rPr>
          <w:b w:val="0"/>
        </w:rPr>
        <w:t>：2026年11月3日</w:t>
      </w:r>
    </w:p>
    <w:p>
      <w:pPr>
        <w:pStyle w:val="ListBullet"/>
      </w:pPr>
      <w:r>
        <w:rPr>
          <w:b/>
        </w:rPr>
        <w:t>発効日</w:t>
      </w:r>
      <w:r>
        <w:rPr>
          <w:b w:val="0"/>
        </w:rPr>
        <w:t>：公告当日に発効（2026年11月3日）。v1.5 版またはそれ以前の版に同意済みのクリエイターについては、第13.8条に定めるところにより適用</w:t>
      </w:r>
    </w:p>
    <w:p>
      <w:pPr>
        <w:pStyle w:val="ListBullet"/>
      </w:pPr>
      <w:r>
        <w:rPr>
          <w:b/>
        </w:rPr>
        <w:t>運営者</w:t>
      </w:r>
      <w:r>
        <w:rPr>
          <w:b w:val="0"/>
        </w:rPr>
        <w:t>：城浩科技有限公司 (Great Castle Ltd、統一編号：97607741、代表者：廖威凱、以下「本プラットフォーム」または「当社」)</w:t>
      </w:r>
    </w:p>
    <w:p>
      <w:pPr>
        <w:pStyle w:val="ListBullet"/>
      </w:pPr>
      <w:r>
        <w:rPr>
          <w:b/>
        </w:rPr>
        <w:t>所在地</w:t>
      </w:r>
      <w:r>
        <w:rPr>
          <w:b w:val="0"/>
        </w:rPr>
        <w:t>：2F-8, No. 205, Sec. 1, Dunhua S. Rd., Da'an Dist., Taipei City, Taiwan (臺北市大安區敦化南路 1 段 205 號 2 樓之 8)</w:t>
      </w:r>
    </w:p>
    <w:p>
      <w:pPr>
        <w:pStyle w:val="ListBullet"/>
      </w:pPr>
      <w:r>
        <w:rPr>
          <w:b/>
        </w:rPr>
        <w:t>ウェブサイト</w:t>
      </w:r>
      <w:r>
        <w:rPr>
          <w:b w:val="0"/>
        </w:rPr>
        <w:t>：https://guavashorts.com</w:t>
      </w:r>
    </w:p>
    <w:p>
      <w:pPr>
        <w:pStyle w:val="ListBullet"/>
      </w:pPr>
      <w:r>
        <w:rPr>
          <w:b/>
        </w:rPr>
        <w:t>連絡先メール</w:t>
      </w:r>
      <w:r>
        <w:rPr>
          <w:b w:val="0"/>
        </w:rPr>
        <w:t>：support@guavashorts.com</w:t>
      </w:r>
    </w:p>
    <w:p>
      <w:pPr>
        <w:ind w:left="454"/>
      </w:pPr>
      <w:r>
        <w:rPr>
          <w:b/>
        </w:rPr>
        <w:t>ご注意</w:t>
      </w:r>
      <w:r>
        <w:rPr>
          <w:b w:val="0"/>
        </w:rPr>
        <w:t>：本規約は定型約款です。同意にチェックを入れる前に、全文を読み、PDF をダウンロードまたは印刷して保存することができ、いつでもこのページを離れて後日同意するかどうかを決めることができます。同意しない場合でも、既存の権利が減ることはなく、アップロード機能を利用できないだけです。太字で示した条項（許諾範囲、許諾期間、表明保証、権利証明書類、補償、配信停止の取扱い、規約の変更）に特にご注意ください。</w:t>
      </w:r>
    </w:p>
    <w:p>
      <w:pPr>
        <w:pStyle w:val="Heading2"/>
      </w:pPr>
      <w:r>
        <w:t>第1条　適用範囲および定義</w:t>
      </w:r>
    </w:p>
    <w:p>
      <w:r>
        <w:rPr>
          <w:b w:val="0"/>
        </w:rPr>
        <w:t>1.1 本規約は、あなた（以下「クリエイター」）が本プラットフォームのクリエイター管理画面（以下「クリエイター管理画面」）を通じてアップロード、投稿または公開するすべてのコンテンツに適用され、あなたと本プラットフォームとの間の契約を構成します。本規約に定めのない事項は、本プラットフォームの利用規約、コミュニティ／コンテンツガイドラインおよびプライバシーポリシーに従います。これらが抵触する場合、アップロードコンテンツの許諾に関する事項については本規約が優先します。</w:t>
      </w:r>
    </w:p>
    <w:p>
      <w:r>
        <w:rPr>
          <w:b w:val="0"/>
        </w:rPr>
        <w:t>1.2 用語の定義：</w:t>
      </w:r>
    </w:p>
    <w:p>
      <w:r>
        <w:rPr>
          <w:b w:val="0"/>
        </w:rPr>
        <w:t>1. 「アップロードコンテンツ」：あなたがアップロードするショートドラマ動画（本編、各話およびメイキング映像を含む）ならびにそのタイトル、あらすじ、カバー、スチール、字幕、音楽、ナレーション、キャラクター名、タグその他の付随素材。</w:t>
      </w:r>
    </w:p>
    <w:p>
      <w:r>
        <w:rPr>
          <w:b w:val="0"/>
        </w:rPr>
        <w:t>2. 「派生素材」：本プラットフォームが本規約に基づきアップロードコンテンツから制作する切り抜き、予告編、ハイライト、サムネイル、カバー、GIF、字幕ファイル、翻訳版、吹替版、フォーマット変換版および宣伝コピー。</w:t>
      </w:r>
    </w:p>
    <w:p>
      <w:r>
        <w:rPr>
          <w:b w:val="0"/>
        </w:rPr>
        <w:t>3. 「本プラットフォームサービス」：本プラットフォームが運営するウェブサイト、アプリ（将来リリースされるものを含む）、埋め込みプレーヤーおよび API、ならびに第三者のソーシャルプラットフォームまたはチャネル上の本プラットフォーム公式アカウントおよびチャネル。</w:t>
      </w:r>
    </w:p>
    <w:p>
      <w:r>
        <w:rPr>
          <w:b w:val="0"/>
        </w:rPr>
        <w:t>4. 「掲載期間」：アップロードコンテンツが審査を通過して公開視聴可能となった時から、本規約に基づく配信停止が完了するまでの期間。</w:t>
      </w:r>
    </w:p>
    <w:p>
      <w:r>
        <w:rPr>
          <w:b w:val="0"/>
        </w:rPr>
        <w:t>5. 「営業日」：中華民国（台湾）の行政機関の執務日。</w:t>
      </w:r>
    </w:p>
    <w:p>
      <w:r>
        <w:rPr>
          <w:b w:val="0"/>
        </w:rPr>
        <w:t>6. 「AI ツール」：画像、音声、文章、脚本その他のコンテンツを生成し、生成を補助し、または修正するために用いられる人工知能のシステム、ソフトウェアまたはサービス。</w:t>
      </w:r>
    </w:p>
    <w:p>
      <w:r>
        <w:rPr>
          <w:b w:val="0"/>
        </w:rPr>
        <w:t>7. 「生成記録」：第4.3条第5号に定める記録。</w:t>
      </w:r>
    </w:p>
    <w:p>
      <w:r>
        <w:rPr>
          <w:b w:val="0"/>
        </w:rPr>
        <w:t>8. 「権利の由来」：あなたがクリエイター管理画面で個々のアップロードコンテンツについて選択する「自己創作」（自己創作。あなたが著作権者である場合）または「許諾取得」（取得授權。あなたが原権利者から許諾を受け、本プラットフォームに許諾できる場合）。</w:t>
      </w:r>
    </w:p>
    <w:p>
      <w:r>
        <w:rPr>
          <w:b w:val="0"/>
        </w:rPr>
        <w:t>9. 「許諾期限」、「許諾開始日」および「許諾満了日」：あなたが各アップロードコンテンツ（権利の由来が自己創作か許諾取得かを問いません）についてクリエイター管理画面で選択する 1 年、2 年または 3 年の期間（最短 1 年）、入力する開始日、ならびにクリエイター管理画面がこの二つに基づいて計算し表示する末日。権利の由来が許諾取得である場合、許諾満了日は、原権利者があなたに許諾した期間の末日を超えることはできません。許諾開始日の当日は期間に算入し、許諾満了日は、許諾開始日に選択した年数を加えた応当日の前日とします（例：許諾開始日が2026年11月3日、許諾期限が 1 年の場合、許諾満了日は2027年11月2日）。本号は民法第119条にいう特別の定めです。</w:t>
      </w:r>
    </w:p>
    <w:p>
      <w:r>
        <w:rPr>
          <w:b w:val="0"/>
        </w:rPr>
        <w:t>10. 「本許諾期間」：本プラットフォームが本規約に基づきアップロードコンテンツを利用できる期間をいい、第3.1条の「期間」の行および第3.11条により定まります。</w:t>
      </w:r>
    </w:p>
    <w:p>
      <w:r>
        <w:rPr>
          <w:b w:val="0"/>
        </w:rPr>
        <w:t>11. 「権利証明書類」：本規約に基づき本プラットフォームに許諾するために必要な権利をあなたがアップロードコンテンツについて有していることを証明するに足りる書類をいい、その範囲は第4.8条第2号のとおりです。</w:t>
      </w:r>
    </w:p>
    <w:p>
      <w:r>
        <w:rPr>
          <w:b w:val="0"/>
        </w:rPr>
        <w:t>12. 「プラットフォーム自主制作作品」：本プラットフォームが自ら制作し、または他者に委託して制作した作品で、本プラットフォームが著作財産権または独占的許諾を有するものをいい、その表示は第3.3-1条によります。</w:t>
      </w:r>
    </w:p>
    <w:p>
      <w:r>
        <w:rPr>
          <w:b w:val="0"/>
        </w:rPr>
        <w:t>1.3 年齢および行為能力：あなたは 18 歳以上でなければなりません。18 歳未満の場合は、法定代理人が本規約を読み同意した後に限りアップロードできます（民法第77条、第79条参照）。会社、チームまたはスタジオを代表してアップロードする場合、あなたはその主体から本規約に同意する正当な権限を付与されていることを表明します。</w:t>
      </w:r>
    </w:p>
    <w:p>
      <w:pPr>
        <w:pStyle w:val="Heading2"/>
      </w:pPr>
      <w:r>
        <w:t>第2条　著作権の帰属</w:t>
      </w:r>
    </w:p>
    <w:p>
      <w:r>
        <w:rPr>
          <w:b w:val="0"/>
        </w:rPr>
        <w:t>2.1 アップロードコンテンツの著作権その他の知的財産権は、引き続きあなたまたは原権利者に帰属し、本プラットフォームは本規約によりその権利を取得しません。本規約は利用許諾（著作権法第37条）にすぎず、譲渡ではありません。</w:t>
      </w:r>
    </w:p>
    <w:p>
      <w:r>
        <w:rPr>
          <w:b w:val="0"/>
        </w:rPr>
        <w:t>2.2 本プラットフォームは、本プラットフォームサービスそのもの（インターフェース、ソフトウェア、商標、レイアウト、および本プラットフォームが制作した派生素材のうち本プラットフォームの独自部分、例えば本プラットフォームのロゴ、オープニング・エンディング、インターフェースデザイン）について権利を保持します。ただし、派生素材のうちアップロードコンテンツで構成される部分は、引き続きあなたに帰属します。</w:t>
      </w:r>
    </w:p>
    <w:p>
      <w:pPr>
        <w:pStyle w:val="Heading2"/>
      </w:pPr>
      <w:r>
        <w:t>第3条　許諾範囲</w:t>
      </w:r>
    </w:p>
    <w:p>
      <w:r>
        <w:rPr>
          <w:b/>
        </w:rPr>
        <w:t>3.1 許諾内容。</w:t>
      </w:r>
      <w:r>
        <w:rPr>
          <w:b w:val="0"/>
        </w:rPr>
        <w:t xml:space="preserve"> あなたは本プラットフォームに以下の権利（以下「本許諾」）を許諾することに同意します。著作権法第37条第1項が「約定が明確でない部分は許諾されていないものと推定する」と定めているため、以下に項目ごとに列挙します：</w:t>
      </w:r>
    </w:p>
    <w:tbl>
      <w:tblPr>
        <w:tblStyle w:val="TableGrid"/>
        <w:tblW w:type="auto" w:w="0"/>
        <w:tblLook w:firstColumn="1" w:firstRow="1" w:lastColumn="0" w:lastRow="0" w:noHBand="0" w:noVBand="1" w:val="04A0"/>
      </w:tblPr>
      <w:tblGrid>
        <w:gridCol w:w="4649"/>
        <w:gridCol w:w="4649"/>
      </w:tblGrid>
      <w:tr>
        <w:tc>
          <w:tcPr>
            <w:tcW w:type="dxa" w:w="4649"/>
          </w:tcPr>
          <w:p>
            <w:r>
              <w:rPr>
                <w:b/>
              </w:rPr>
              <w:t>項目</w:t>
            </w:r>
          </w:p>
        </w:tc>
        <w:tc>
          <w:tcPr>
            <w:tcW w:type="dxa" w:w="4649"/>
          </w:tcPr>
          <w:p>
            <w:r>
              <w:rPr>
                <w:b/>
              </w:rPr>
              <w:t>内容</w:t>
            </w:r>
          </w:p>
        </w:tc>
      </w:tr>
      <w:tr>
        <w:tc>
          <w:tcPr>
            <w:tcW w:type="dxa" w:w="4649"/>
          </w:tcPr>
          <w:p>
            <w:r>
              <w:rPr>
                <w:b w:val="0"/>
              </w:rPr>
              <w:t>地域</w:t>
            </w:r>
          </w:p>
        </w:tc>
        <w:tc>
          <w:tcPr>
            <w:tcW w:type="dxa" w:w="4649"/>
          </w:tcPr>
          <w:p>
            <w:r>
              <w:rPr>
                <w:b w:val="0"/>
              </w:rPr>
              <w:t>全世界。</w:t>
            </w:r>
          </w:p>
        </w:tc>
      </w:tr>
      <w:tr>
        <w:tc>
          <w:tcPr>
            <w:tcW w:type="dxa" w:w="4649"/>
          </w:tcPr>
          <w:p>
            <w:r>
              <w:rPr>
                <w:b w:val="0"/>
              </w:rPr>
              <w:t>性質</w:t>
            </w:r>
          </w:p>
        </w:tc>
        <w:tc>
          <w:tcPr>
            <w:tcW w:type="dxa" w:w="4649"/>
          </w:tcPr>
          <w:p>
            <w:r>
              <w:rPr>
                <w:b w:val="0"/>
              </w:rPr>
              <w:t>非独占（あなたは引き続き同じコンテンツを自ら利用し、または他のプラットフォームでの利用を他者に許諾できます）。第3.6条参照。</w:t>
            </w:r>
          </w:p>
        </w:tc>
      </w:tr>
      <w:tr>
        <w:tc>
          <w:tcPr>
            <w:tcW w:type="dxa" w:w="4649"/>
          </w:tcPr>
          <w:p>
            <w:r>
              <w:rPr>
                <w:b w:val="0"/>
              </w:rPr>
              <w:t>対価</w:t>
            </w:r>
          </w:p>
        </w:tc>
        <w:tc>
          <w:tcPr>
            <w:tcW w:type="dxa" w:w="4649"/>
          </w:tcPr>
          <w:p>
            <w:r>
              <w:rPr>
                <w:b w:val="0"/>
              </w:rPr>
              <w:t>本許諾自体は無償です。本プラットフォームは第9条に基づき広告収益をあなたに分配します。</w:t>
            </w:r>
          </w:p>
        </w:tc>
      </w:tr>
      <w:tr>
        <w:tc>
          <w:tcPr>
            <w:tcW w:type="dxa" w:w="4649"/>
          </w:tcPr>
          <w:p>
            <w:r>
              <w:rPr>
                <w:b w:val="0"/>
              </w:rPr>
              <w:t>利用方法</w:t>
            </w:r>
          </w:p>
        </w:tc>
        <w:tc>
          <w:tcPr>
            <w:tcW w:type="dxa" w:w="4649"/>
          </w:tcPr>
          <w:p>
            <w:r>
              <w:rPr>
                <w:b w:val="0"/>
              </w:rPr>
              <w:t>複製、公開放送、公衆送信（ストリーミング、オンデマンド、オフライン視聴のための暗号化一時保存を含む）、公開上映、公開展示、頒布、編集、翻案、翻訳、字幕付け、吹替、フォーマットおよび解像度の変換、派生素材の制作、ならびに上記の目的、コンテンツ審査、情報セキュリティ、権利侵害の検知および第三者の請求への対応のために必要なその他の利用。</w:t>
            </w:r>
          </w:p>
        </w:tc>
      </w:tr>
      <w:tr>
        <w:tc>
          <w:tcPr>
            <w:tcW w:type="dxa" w:w="4649"/>
          </w:tcPr>
          <w:p>
            <w:r>
              <w:rPr>
                <w:b w:val="0"/>
              </w:rPr>
              <w:t>媒体</w:t>
            </w:r>
          </w:p>
        </w:tc>
        <w:tc>
          <w:tcPr>
            <w:tcW w:type="dxa" w:w="4649"/>
          </w:tcPr>
          <w:p>
            <w:r>
              <w:rPr>
                <w:b w:val="0"/>
              </w:rPr>
              <w:t>本プラットフォームサービス（ウェブサイト、アプリ、埋め込みプレーヤー）、第三者ソーシャルプラットフォーム上の本プラットフォーム公式アカウント（例：Facebook、Instagram、TikTok、X、LINE、Threads）、提携チャネル、ならびに広告、マーケティング、プロモーション、広報、提案プレゼンテーション、コンテストまたは展示。</w:t>
            </w:r>
          </w:p>
        </w:tc>
      </w:tr>
      <w:tr>
        <w:tc>
          <w:tcPr>
            <w:tcW w:type="dxa" w:w="4649"/>
          </w:tcPr>
          <w:p>
            <w:r>
              <w:rPr>
                <w:b w:val="0"/>
              </w:rPr>
              <w:t>アプリストア</w:t>
            </w:r>
          </w:p>
        </w:tc>
        <w:tc>
          <w:tcPr>
            <w:tcW w:type="dxa" w:w="4649"/>
          </w:tcPr>
          <w:p>
            <w:r>
              <w:rPr>
                <w:b w:val="0"/>
              </w:rPr>
              <w:t>Apple App Store および Google Play へのアプリの掲載、審査申請および更新のため、ストアページでアップロードコンテンツの抜粋または静止画を使用し、アップロードコンテンツ、作品許諾書（あなたが個別のアップロードコンテンツについてクリエイター管理画面でダウンロード、署名およびアップロードする許諾書）および権利証明書類をストアの審査に提供すること。</w:t>
            </w:r>
          </w:p>
        </w:tc>
      </w:tr>
      <w:tr>
        <w:tc>
          <w:tcPr>
            <w:tcW w:type="dxa" w:w="4649"/>
          </w:tcPr>
          <w:p>
            <w:r>
              <w:rPr>
                <w:b w:val="0"/>
              </w:rPr>
              <w:t>商業利用</w:t>
            </w:r>
          </w:p>
        </w:tc>
        <w:tc>
          <w:tcPr>
            <w:tcW w:type="dxa" w:w="4649"/>
          </w:tcPr>
          <w:p>
            <w:r>
              <w:rPr>
                <w:b w:val="0"/>
              </w:rPr>
              <w:t>本プラットフォームは、アップロードコンテンツの再生ページ上、再生前後または再生中に広告を表示でき、視聴者から有料解放、サブスクリプションその他の料金を徴収できます。</w:t>
            </w:r>
            <w:r>
              <w:rPr>
                <w:b/>
              </w:rPr>
              <w:t>このうち、本プラットフォームは第9条に基づき広告収益をあなたに分配します。有料解放、サブスクリプションその他の収益は、本規約の現行版では分配対象ではありません。</w:t>
            </w:r>
          </w:p>
        </w:tc>
      </w:tr>
      <w:tr>
        <w:tc>
          <w:tcPr>
            <w:tcW w:type="dxa" w:w="4649"/>
          </w:tcPr>
          <w:p>
            <w:r>
              <w:rPr>
                <w:b w:val="0"/>
              </w:rPr>
              <w:t>期間</w:t>
            </w:r>
          </w:p>
        </w:tc>
        <w:tc>
          <w:tcPr>
            <w:tcW w:type="dxa" w:w="4649"/>
          </w:tcPr>
          <w:p>
            <w:r>
              <w:rPr>
                <w:b/>
              </w:rPr>
              <w:t>許諾開始日またはあなたが当該アップロードコンテンツを送信した時（いずれか遅い方）から、クリエイター管理画面に表示される許諾満了日までとし、満了時に第3.11条に従って延長されます。許諾開始日が送信日より前である場合、本許諾は送信時から起算し、これにより許諾満了日が延期されることはありません。本許諾期間が延長されずに満了し、またはアップロードコンテンツが配信停止された後は、第3.5条に定める継続利用期間が加算されます。</w:t>
            </w:r>
            <w:r>
              <w:rPr>
                <w:b w:val="0"/>
              </w:rPr>
              <w:t xml:space="preserve"> 本行は、権利の由来が自己創作か許諾取得かを問わず、すべてのアップロードコンテンツに適用されます。</w:t>
            </w:r>
          </w:p>
        </w:tc>
      </w:tr>
    </w:tbl>
    <w:p>
      <w:r>
        <w:rPr>
          <w:b/>
        </w:rPr>
        <w:t>3.2 編集・翻案の制限。</w:t>
      </w:r>
      <w:r>
        <w:rPr>
          <w:b w:val="0"/>
        </w:rPr>
        <w:t xml:space="preserve"> 本プラットフォームは、技術、レイアウト、尺、ローカライズまたは宣伝上の必要から、アップロードコンテンツの編集、トリミング、画面比率の変更、字幕の追加、翻訳、本プラットフォームのマークまたは透かしの追加、サムネイルおよび予告編の制作を行うことができます。ただし、本プラットフォームは次のことを約束します：</w:t>
      </w:r>
    </w:p>
    <w:p>
      <w:r>
        <w:rPr>
          <w:b w:val="0"/>
        </w:rPr>
        <w:t>1. あなたの名誉を損なう方法でコンテンツを歪曲、切除、改変その他の変更をしないこと（著作権法第17条）；</w:t>
      </w:r>
    </w:p>
    <w:p>
      <w:r>
        <w:rPr>
          <w:b w:val="0"/>
        </w:rPr>
        <w:t>2. アップロードコンテンツを政治宣伝、ポルノまたはあなたの本来の意図に明らかに反するコンテンツと組み合わせないこと；</w:t>
      </w:r>
    </w:p>
    <w:p>
      <w:r>
        <w:rPr>
          <w:b w:val="0"/>
        </w:rPr>
        <w:t>3. 本編のストーリーを実質的に翻案する場合（例：異なる結末の版に再編集する場合）は、事前にあなたの同意を得ること。</w:t>
      </w:r>
    </w:p>
    <w:p>
      <w:r>
        <w:rPr>
          <w:b/>
        </w:rPr>
        <w:t>3.3 氏名表示。</w:t>
      </w:r>
      <w:r>
        <w:rPr>
          <w:b w:val="0"/>
        </w:rPr>
        <w:t xml:space="preserve"> 本プラットフォームは再生ページにおいて、あなたが管理画面で設定した名称またはペンネームで著作者を表示します。サムネイル、数秒の広告、テロップなど性質上表示が困難な場合は合理的に省略でき、クリック可能なランディングページまたは説明欄に表示するものとします（著作権法第16条第3項参照）。あなたはまた、本プラットフォームが前記の範囲内で、あなたのクリエイター名、アバターおよびプロフィールを用いてアップロードコンテンツを紹介、推薦および宣伝することに同意します。</w:t>
      </w:r>
    </w:p>
    <w:p>
      <w:r>
        <w:rPr>
          <w:b/>
        </w:rPr>
        <w:t>3.3-1 「オリジナル」表示。</w:t>
      </w:r>
      <w:r>
        <w:rPr>
          <w:b w:val="0"/>
        </w:rPr>
        <w:t xml:space="preserve"> 本プラットフォームサービスにおいて使用する「オリジナル」（原創）表示は、プラットフォーム自主制作作品に限り使用します。あなたのアップロードコンテンツは、権利の由来が自己創作か許諾取得かを問わず、第3.3条に従いあなたのクリエイター名で表示され、「オリジナル」とは表示されません。あなたは、アップロードコンテンツのタイトル、紹介文、カバー、字幕または宣伝において、「オリジナル」（原創）、「グァバオリジナル」（芭樂原創）、「プラットフォームオリジナル」（平台原創）その他視聴者にプラットフォーム自主制作作品であると誤認させるおそれのある文言または表示を使用してはなりません。これに該当する場合、本プラットフォームは当該文言または表示を直接削除または修正することができ、これは第3.2条にいう内容の歪曲または改変には当たりません。あなたがクリエイター管理画面で選択した権利の由来は、本プラットフォームの審査および権利管理にのみ使用され、本プラットフォームはこれを対外的な表示として使用しません。</w:t>
      </w:r>
    </w:p>
    <w:p>
      <w:r>
        <w:rPr>
          <w:b/>
        </w:rPr>
        <w:t>3.4 再許諾。</w:t>
      </w:r>
      <w:r>
        <w:rPr>
          <w:b w:val="0"/>
        </w:rPr>
        <w:t xml:space="preserve"> 本プラットフォームは本許諾の範囲内で、本プラットフォームへのサービス提供またはアップロードコンテンツの宣伝の目的に限り、次の者に再許諾できます：</w:t>
      </w:r>
    </w:p>
    <w:p>
      <w:r>
        <w:rPr>
          <w:b w:val="0"/>
        </w:rPr>
        <w:t>1. 技術サービス事業者：クラウドホスティング、CDN、トランスコード、ストレージ、字幕／翻訳、コンテンツ審査、情報セキュリティ、コンテンツ認識／権利侵害検知およびデータ分析の事業者；</w:t>
      </w:r>
    </w:p>
    <w:p>
      <w:r>
        <w:rPr>
          <w:b w:val="0"/>
        </w:rPr>
        <w:t>2. 提携チャネル：本プラットフォームとの提携により本プラットフォームのコンテンツを配信するアプリ、OTT、通信事業者、機内エンターテインメントその他のチャネル；</w:t>
      </w:r>
    </w:p>
    <w:p>
      <w:r>
        <w:rPr>
          <w:b w:val="0"/>
        </w:rPr>
        <w:t>3. 宣伝パートナー：広告代理店、メディア、KOL、ソーシャルプラットフォームおよび広告配信プラットフォーム（それらが自らの利用規約に基づき必要とする技術的許諾を含む）。</w:t>
      </w:r>
    </w:p>
    <w:p>
      <w:r>
        <w:rPr>
          <w:b w:val="0"/>
        </w:rPr>
        <w:t>本プラットフォームは、再許諾先に対し、本規約より緩やかでない制限を遵守するよう書面（電子的方法を含む）で求めるものとします。再許諾先が本規約に違反して利用した場合、本プラットフォームは当該再許諾先に対して権利を行使できる範囲で、あなたの損害賠償請求に協力し、再許諾先の選任または監督における自らの故意または過失についてあなたに責任を負います（ただし、第三者ソーシャルプラットフォームが一般利用規約に基づき再許諾先として取得する権利は当該プラットフォームの規約に従い、本プラットフォームはその対応にできる限り協力します）。</w:t>
      </w:r>
    </w:p>
    <w:p>
      <w:r>
        <w:rPr>
          <w:b/>
        </w:rPr>
        <w:t>3.4-1 提携チャネルの透明性およびオプトアウト。</w:t>
      </w:r>
      <w:r>
        <w:rPr>
          <w:b w:val="0"/>
        </w:rPr>
        <w:t xml:space="preserve"> 本プラットフォームはクリエイター管理画面に「提携チャネル一覧」を公開し、提携チャネルを追加する際はアプリ内通知またはメールであなたに通知します。あなたはいつでも個別の提携チャネルからオプトアウトでき、本プラットフォームはオプトアウトの申請を受領してから 30 日以内に、当該チャネルによるあなたのアップロードコンテンツの新たな利用を停止し、既に掲載済みのコンテンツについては第8条に従って取り扱います。</w:t>
      </w:r>
    </w:p>
    <w:p>
      <w:r>
        <w:rPr>
          <w:b/>
        </w:rPr>
        <w:t>3.5 配信停止後の継続利用。</w:t>
      </w:r>
      <w:r>
        <w:rPr>
          <w:b w:val="0"/>
        </w:rPr>
        <w:t xml:space="preserve"> アップロードコンテンツが本規約に基づき配信停止され、または本許諾期間が第3.11条に基づき延長されずに満了した後、本許諾は原則として終了します。ただし、次の場合には以下に定める範囲で継続します（詳細は第8条参照）：</w:t>
      </w:r>
    </w:p>
    <w:p>
      <w:r>
        <w:rPr>
          <w:b w:val="0"/>
        </w:rPr>
        <w:t>1. 配信停止前に公開された宣伝素材（例：ソーシャル投稿、出稿済みの広告）は、元の掲載場所に残すことができます；</w:t>
      </w:r>
    </w:p>
    <w:p>
      <w:r>
        <w:rPr>
          <w:b w:val="0"/>
        </w:rPr>
        <w:t>2. 既に解放した視聴者による一定期間の継続視聴；</w:t>
      </w:r>
    </w:p>
    <w:p>
      <w:r>
        <w:rPr>
          <w:b w:val="0"/>
        </w:rPr>
        <w:t>3. バックアップ、法令遵守および紛争処理のための保存；</w:t>
      </w:r>
    </w:p>
    <w:p>
      <w:r>
        <w:rPr>
          <w:b w:val="0"/>
        </w:rPr>
        <w:t>4. 提携チャネルおよび出稿済み広告による、第8条の配信停止完了期間および広告出稿期間終了までの必要な利用。</w:t>
      </w:r>
    </w:p>
    <w:p>
      <w:r>
        <w:rPr>
          <w:b w:val="0"/>
        </w:rPr>
        <w:t>前項第1号の宣伝素材は期間の制限なく元の掲載場所に残すことができますが、本プラットフォームは当該アップロードコンテンツについて新たな宣伝素材を制作し、または既存の素材を再出稿もしくは再公開することはできません。権利の由来が許諾取得であるアップロードコンテンツについて、あなたまたは原権利者が、原権利者の許諾が期間満了しまたは撤回された旨を書面（電子的方法を含みます）で本プラットフォームに通知し、前記の宣伝素材の削除を求めた場合、本プラットフォームは、第8.1条の「公開済みの宣伝素材」の行に定める期限内に、本プラットフォームが管理できる部分を削除します。</w:t>
      </w:r>
    </w:p>
    <w:p>
      <w:r>
        <w:rPr>
          <w:b/>
        </w:rPr>
        <w:t>3.6 独占許諾の選択。</w:t>
      </w:r>
    </w:p>
    <w:p>
      <w:r>
        <w:rPr>
          <w:b w:val="0"/>
        </w:rPr>
        <w:t>本許諾は原則として非独占であり、非独占で許諾されたアップロードコンテンツは第9条に基づく広告収益分配を受けられます。あなたは個別のアップロードコンテンツを独占許諾で本プラットフォームに提供することを選択でき、その場合、双方は別途の個別付属書において独占の範囲、独占期間および</w:t>
      </w:r>
      <w:r>
        <w:rPr>
          <w:b/>
        </w:rPr>
        <w:t>第9.1条の割合より高い分配率</w:t>
      </w:r>
      <w:r>
        <w:rPr>
          <w:b w:val="0"/>
        </w:rPr>
        <w:t>を定め、あなたが別途署名またはチェックにより同意した後に限り適用されます。本プラットフォームは、本規約またはその変更によって独占許諾を取得することはありません。</w:t>
      </w:r>
      <w:r>
        <w:rPr>
          <w:b/>
        </w:rPr>
        <w:t>独占期間は、当該アップロードコンテンツの許諾満了日を超えることはできません。権利の由来が許諾取得である場合、あなたは、原権利者の許諾があなたによる独占許諾を認めていることも確保しなければなりません。個別付属書に独占期間満了の効果の定めがない場合、独占性は許諾満了日（または付属書に定める独占期間の満了時のいずれか早い時）に終了し、その後第3.11条に基づき延長される本許諾は非独占の許諾とします。</w:t>
      </w:r>
      <w:r>
        <w:rPr>
          <w:b w:val="0"/>
        </w:rPr>
        <w:t xml:space="preserve"> 個別付属書が本規約と抵触する場合は、個別付属書が優先します。</w:t>
      </w:r>
    </w:p>
    <w:p>
      <w:r>
        <w:rPr>
          <w:b/>
        </w:rPr>
        <w:t>3.7 許諾しない事項。</w:t>
      </w:r>
      <w:r>
        <w:rPr>
          <w:b w:val="0"/>
        </w:rPr>
        <w:t xml:space="preserve"> 本許諾には次のものは含まれません：(1) アップロードコンテンツの著作財産権を第三者に譲渡すること；(2) アップロードコンテンツを本プラットフォームまたは第三者の生成 AI モデルの学習に使用すること（本プラットフォームが本プラットフォームサービスの提供のために使用する翻訳、吹替、字幕、コンテンツ審査、レコメンドの順位付けおよび権利侵害認識のツールは、本号にいう生成モデルの学習には当たりません。ただし、本プラットフォームは関係するサービス事業者に対し、アップロードコンテンツを自らまたは第三者の生成モデルの学習に使用しないよう求めるものとします）；(3) アップロードコンテンツと無関係な商品化または広告出演のために、あなたの肖像または声を単独で抽出して使用すること。</w:t>
      </w:r>
    </w:p>
    <w:p>
      <w:r>
        <w:rPr>
          <w:b w:val="0"/>
        </w:rPr>
        <w:t>本プラットフォームが将来アップロードコンテンツを AI モデルの学習に使用する必要がある場合は、別途目的を説明し、あなたの明示的な個別の同意を得ます。同意がない場合、本規約またはその変更によってその許諾を取得することはありません。</w:t>
      </w:r>
    </w:p>
    <w:p>
      <w:r>
        <w:rPr>
          <w:b/>
        </w:rPr>
        <w:t>3.8 権利侵害認識データ。</w:t>
      </w:r>
      <w:r>
        <w:rPr>
          <w:b w:val="0"/>
        </w:rPr>
        <w:t xml:space="preserve"> 本プラットフォームは、配信停止されたコンテンツの再アップロードを防止し、権利侵害の紛争に対応するため、アップロードコンテンツのフィンガープリント、シグネチャおよび関連する配信停止記録を保存できます。これらのデータはアップロードコンテンツそのものに復元することができず、第8条のバックアップ期間の制限を受けません。</w:t>
      </w:r>
    </w:p>
    <w:p>
      <w:r>
        <w:rPr>
          <w:b/>
        </w:rPr>
        <w:t>3.9 権利行使の授権。</w:t>
      </w:r>
      <w:r>
        <w:rPr>
          <w:b w:val="0"/>
        </w:rPr>
        <w:t xml:space="preserve"> 第三者が本プラットフォームサービス外でアップロードコンテンツを無断で利用した場合、あなたは本プラットフォームに対し、あなたの名義で権利侵害通知を送付し、インターネットサービスプロバイダーまたはプラットフォームに報告し、証拠を収集・保全し、必要な範囲であなたのクリエイター名および権利証明を提供することを授権します。本プラットフォームが訴訟を提起しまたは損害賠償を請求するには、あなたの別途の書面による同意を要し、本プラットフォームはあなたに代わって権利を主張する義務を負いません。</w:t>
      </w:r>
    </w:p>
    <w:p>
      <w:r>
        <w:rPr>
          <w:b/>
        </w:rPr>
        <w:t>3.10 秘密保持義務の不存在および独自開発。</w:t>
      </w:r>
      <w:r>
        <w:rPr>
          <w:b w:val="0"/>
        </w:rPr>
        <w:t xml:space="preserve"> 第10条の個人情報および双方の別途の書面による合意を除き、本プラットフォームはアップロードコンテンツおよびその創作アイデアについて秘密保持義務を負いません。本プラットフォームは、アップロードコンテンツとジャンル、題材、設定またはプロットのアイデアが類似するコンテンツを自ら開発、制作もしくは許諾し、または他者に委託することができ、あなたはアイデアが類似することのみを理由に権利侵害または補償を主張することはできません。ただし、本プラットフォームがアップロードコンテンツの表現を実際に複製または翻案した場合はこの限りではありません。</w:t>
      </w:r>
    </w:p>
    <w:p>
      <w:r>
        <w:rPr>
          <w:b/>
        </w:rPr>
        <w:t>3.11 許諾期限満了時の取扱い。</w:t>
      </w:r>
      <w:r>
        <w:rPr>
          <w:b w:val="0"/>
        </w:rPr>
        <w:t xml:space="preserve"> すべてのアップロードコンテンツは、権利の由来が自己創作か許諾取得かを問わず、許諾満了日の到来時に次のとおり取り扱われます：</w:t>
      </w:r>
    </w:p>
    <w:p>
      <w:r>
        <w:rPr>
          <w:b w:val="0"/>
        </w:rPr>
        <w:t>1. 満了の通知：本プラットフォームは、許諾満了日の 30 日前および 7 日前に、アプリ内通知またはメールであなたにお知らせします。</w:t>
      </w:r>
    </w:p>
    <w:p>
      <w:r>
        <w:rPr>
          <w:b w:val="0"/>
        </w:rPr>
        <w:t>2. 満了前の選択：あなたは許諾満了日前に、(1) クリエイター管理画面で許諾期限（1 年、2 年または 3 年）を改めて選択し、元の許諾満了日の翌日から起算させること（権利の由来が許諾取得である場合、選択する期限は更新後の原権利者の許諾期間を超えることはできず、本プラットフォームは第4.8条に基づき更新に係る権利証明書類の提出を求めることができます）、または (2) 第7条に基づき配信停止を申請し、許諾満了日を配信停止日として予約すること（この場合、本プラットフォームは第7.2条第2号に基づき許諾満了日当日に配信停止を完了します。ただし、許諾満了日前 7 営業日以内に予約した場合は、第7.2条第1号に定める期限で処理します）ができます。</w:t>
      </w:r>
    </w:p>
    <w:p>
      <w:r>
        <w:rPr>
          <w:b w:val="0"/>
        </w:rPr>
        <w:t>3. 自動配信停止の不実施および延長：アップロードコンテンツは、許諾満了日の到来によって自動的に配信停止されることはありません。あなたが許諾満了日前に前号のいずれの行為もしなかった場合、本許諾は従前の条件（非独占性、地域、利用方法、利用媒体および第9条の分配を含みます）で 1 年間延長され、その後の各満了時も同様とし、本プラットフォームが第7.2条に基づき実際に配信停止を完了し、または本規約が終了する時まで続きます。延長のたびに、クリエイター管理画面に新たな許諾満了日が表示されます。本プラットフォームが第1号の通知を送らなかった場合でも延長の効力に影響はありませんが、あなたはいつでも第7条に基づき配信停止を申請でき、これにより何らの責任も負いません。</w:t>
      </w:r>
    </w:p>
    <w:p>
      <w:r>
        <w:rPr>
          <w:b w:val="0"/>
        </w:rPr>
        <w:t>4. 延長期間中の保証：前号に基づき本許諾が延長された場合、あなたは延長期間について第4条の表明および保証を改めて行ったものとみなされます。権利の由来が許諾取得であり、原権利者の許諾が延長期間に及ばない場合、あなたは許諾満了日前に第2号に基づき配信停止または更新を申請しなければなりません。原権利者からの許諾が更新されず、期間満了しまたは撤回された場合、あなたは第4.10条に従い、それを知った日から 3 日以内に本プラットフォームに通知し、配信停止を申請しなければなりません。本プラットフォームは通知の受領後、先に表示を停止し、第7.2条に基づき配信停止を完了することができます。</w:t>
      </w:r>
    </w:p>
    <w:p>
      <w:r>
        <w:rPr>
          <w:b w:val="0"/>
        </w:rPr>
        <w:t>5. 独占許諾：第3.6条に基づき独占許諾で提供されたものについては、独占性は第3.6条および個別付属書に従って取り扱われます。</w:t>
      </w:r>
    </w:p>
    <w:p>
      <w:pPr>
        <w:pStyle w:val="Heading2"/>
      </w:pPr>
      <w:r>
        <w:t>第4条　クリエイターの表明および保証</w:t>
      </w:r>
    </w:p>
    <w:p>
      <w:r>
        <w:rPr>
          <w:b w:val="0"/>
        </w:rPr>
        <w:t>あなたは、コンテンツをアップロードすることにより、アップロード時、掲載期間中および本許諾期間中（第3.11条に基づき延長された期間を含みます）を通じて次の事項が真実であることを表明し保証します：</w:t>
      </w:r>
    </w:p>
    <w:p>
      <w:r>
        <w:rPr>
          <w:b/>
        </w:rPr>
        <w:t>4.1 完全な権利。</w:t>
      </w:r>
      <w:r>
        <w:rPr>
          <w:b w:val="0"/>
        </w:rPr>
        <w:t xml:space="preserve"> あなたはアップロードコンテンツの著作権者であり（アップロードコンテンツが著作権法で保護される範囲において）、または必要なすべての許諾を得ており、本規約に基づき本プラットフォームに許諾（再許諾を含む）するのに十分です。アップロードコンテンツは第三者の著作権、商標権、特許権、営業秘密、肖像権、プライバシー、名誉その他の権利を侵害しません。アップロードコンテンツの全部または一部が著作権で保護されない場合（例：人間の創作的関与なく純粋に AI で生成された部分）、あなたは該当する AI ツールの規約に基づき商業的に利用する権利を有することを保証し、本プラットフォームおよび再許諾先が本規約に基づきその部分を利用することについて、いかなる権利も主張しないことに同意します。</w:t>
      </w:r>
    </w:p>
    <w:p>
      <w:r>
        <w:rPr>
          <w:b/>
        </w:rPr>
        <w:t>4.2 権利の連鎖。</w:t>
      </w:r>
      <w:r>
        <w:rPr>
          <w:b w:val="0"/>
        </w:rPr>
        <w:t xml:space="preserve"> 従業員、委託先、共同創作者、監督、脚本家、俳優、編集者、作曲家、美術スタッフその他の第三者がアップロードコンテンツの制作に参加した場合、あなたは次のことを保証します：(1) 各参加者の著作権および実演家の権利について、書面による譲渡または本規約の許諾範囲（再許諾および氏名表示の方法を含む）を十分にカバーする許諾を得ていること；(2) 共同著作物の著作財産権者全員が本許諾に同意していること（著作権法第40条の1参照）；(3) アップロードコンテンツが小説、漫画、ゲーム、脚本その他の既存の著作物を翻案したものである場合、翻案、公衆送信、再許諾等に必要な許諾を得ていること；(4) 他人のキャラクター、ブランド、世界観その他の保護される要素を無断で使用していないこと。</w:t>
      </w:r>
    </w:p>
    <w:p>
      <w:r>
        <w:rPr>
          <w:b/>
        </w:rPr>
        <w:t>4.3 AI 生成コンテンツ。</w:t>
      </w:r>
      <w:r>
        <w:rPr>
          <w:b w:val="0"/>
        </w:rPr>
        <w:t xml:space="preserve"> アップロードコンテンツの全部または一部が人工知能ツールにより生成または補助されたもの（画像、キャラクター、音声、音楽、脚本および字幕を含む）である場合、あなたは次のことを保証します：</w:t>
      </w:r>
    </w:p>
    <w:p>
      <w:r>
        <w:rPr>
          <w:b w:val="0"/>
        </w:rPr>
        <w:t>1. 使用した AI ツールの利用規約がその出力の商業利用および第三者への許諾を認めており、あなたが当該ツールの利用制限（例：クレジット表示、透かしまたは有料プランの要件）を遵守していること；</w:t>
      </w:r>
    </w:p>
    <w:p>
      <w:r>
        <w:rPr>
          <w:b w:val="0"/>
        </w:rPr>
        <w:t>2. あなたの知る限り、かつ合理的な確認を経て、当該ツールの学習データおよびあなたが提供する入力素材（プロンプト画像、参考動画、音声サンプル）が適法な出所によるものであり、他人の著作物を無断で使用していないこと；</w:t>
      </w:r>
    </w:p>
    <w:p>
      <w:r>
        <w:rPr>
          <w:b w:val="0"/>
        </w:rPr>
        <w:t>3. アップロード時に、本プラットフォームの求めに応じて、AI による生成または補助の状況および使用した主な AI ツールの名称を正確に開示すること；</w:t>
      </w:r>
    </w:p>
    <w:p>
      <w:r>
        <w:rPr>
          <w:b w:val="0"/>
        </w:rPr>
        <w:t>4. 開示することなく、実在の出来事または実在の人物の言動と誤認されうるコンテンツを AI で生成していないこと；</w:t>
      </w:r>
    </w:p>
    <w:p>
      <w:r>
        <w:rPr>
          <w:b w:val="0"/>
        </w:rPr>
        <w:t>5. 第4.8条第4号に定める期間、AI ツールの名称およびバージョン、プランの種類、生成日、使用したプロンプト、参照した入力素材およびその許諾の根拠を含む生成記録を保存しており、今後も保存し、本プラットフォームが第4.8条に基づき求めた場合に提出すること；</w:t>
      </w:r>
    </w:p>
    <w:p>
      <w:r>
        <w:rPr>
          <w:b w:val="0"/>
        </w:rPr>
        <w:t>6. 第三者のキャラクター、ブランド、著作物、芸能人または公人の肖像もしくは声を、無断でプロンプト、参照または入力素材として使用していないこと；</w:t>
      </w:r>
    </w:p>
    <w:p>
      <w:r>
        <w:rPr>
          <w:b w:val="0"/>
        </w:rPr>
        <w:t>7. 本プラットフォームが法令、主務官庁または本プラットフォームのポリシーの要求に基づき、再生ページまたはメタデータに AI 生成表示およびコンテンツの出所情報を追加、修正または補足することは、第3.2条にいうコンテンツの歪曲または改変には当たらないこと。</w:t>
      </w:r>
    </w:p>
    <w:p>
      <w:r>
        <w:rPr>
          <w:b/>
        </w:rPr>
        <w:t>4.4 実在の人物の肖像および声。</w:t>
      </w:r>
      <w:r>
        <w:rPr>
          <w:b w:val="0"/>
        </w:rPr>
        <w:t xml:space="preserve"> アップロードコンテンツに特定可能な実在の人物（俳優、通行人のクローズアップおよび著名人を含む）の肖像、声その他の個人的特徴が含まれる場合、あなたはその本人の書面（電子的方法を含む）による同意を得ており、その同意の範囲が本規約の許諾範囲（再許諾、宣伝利用および翻訳／吹替を含む）をカバーしていることを保証します。AI による顔の入れ替え、ディープフェイク、音声クローンその他の技術で特定の実在の人物の顔、身体または声を再現する場合は、その本人の明示的な書面による同意を要し、故人の場合はその相続人または法令上同意権を有する者の同意を要します。同意のない実在の人物の AI 合成による性的画像は厳しく禁止され、本プラットフォームは直ちに削除し、法令に基づき通報します（刑法第319条の4参照）。</w:t>
      </w:r>
    </w:p>
    <w:p>
      <w:r>
        <w:rPr>
          <w:b/>
        </w:rPr>
        <w:t>4.5 音楽その他の素材。</w:t>
      </w:r>
      <w:r>
        <w:rPr>
          <w:b w:val="0"/>
        </w:rPr>
        <w:t xml:space="preserve"> アップロードコンテンツで使用する音楽（音楽の著作物および録音物を含む）、効果音、フォント、画像および映像素材は、いずれも本規約の許諾範囲（例：商業利用、プラットフォーム横断利用、再許諾）をカバーする許諾を得ています。ロイヤリティフリーのライブラリを使用する場合は、その許諾条件が第三者プラットフォームでの配信および広告利用をカバーしていることを確認してください。</w:t>
      </w:r>
    </w:p>
    <w:p>
      <w:r>
        <w:rPr>
          <w:b/>
        </w:rPr>
        <w:t>4.6 未成年者。</w:t>
      </w:r>
      <w:r>
        <w:rPr>
          <w:b w:val="0"/>
        </w:rPr>
        <w:t xml:space="preserve"> アップロードコンテンツに 18 歳未満の者が出演する場合、あなたはその法定代理人の書面による同意を得ており、児童及び少年の福祉と権益保障法、労働基準法（雇用が関係する場合）その他の関係法令を遵守し、児童・青少年に心身に有害な演技をさせていないことを保証します。</w:t>
      </w:r>
    </w:p>
    <w:p>
      <w:r>
        <w:rPr>
          <w:b/>
        </w:rPr>
        <w:t>4.7 適法性およびコンテンツ規範。</w:t>
      </w:r>
      <w:r>
        <w:rPr>
          <w:b w:val="0"/>
        </w:rPr>
        <w:t xml:space="preserve"> アップロードコンテンツは、中華民国（台湾）の法令または本プラットフォームのコミュニティ／コンテンツガイドラインに違反しません。これには、児童・青少年の性的搾取、性的画像、暴力・残虐描写の不適切な表現、ヘイトおよび差別、詐欺、違法広告、開示されていないプロダクトプレイスメントまたはスポンサーコンテンツ、他人のプライバシーの侵害、偽情報の拡散、ならびに選挙または賭博関連の規制に違反するコンテンツが含まれますが、これらに限られません。</w:t>
      </w:r>
    </w:p>
    <w:p>
      <w:r>
        <w:rPr>
          <w:b/>
        </w:rPr>
        <w:t>4.8 権利証明書類。</w:t>
      </w:r>
    </w:p>
    <w:p>
      <w:r>
        <w:rPr>
          <w:b w:val="0"/>
        </w:rPr>
        <w:t>1. 掲載前の提出義務：すべてのアップロードコンテンツは、公開掲載前に、クリエイター管理画面において第2号に定める権利証明書類（権利の由来、AI ツールおよび第三者の音楽に関するあなたの回答に応じて列挙される必須項目）を提出し、本プラットフォームが書類が揃っていることを確認した後に限り審査を通過できます。書類が揃っていない場合、本プラットフォームは掲載しません。本プラットフォームによる書類の確認は、本プラットフォームがアップロードコンテンツの権利状態を確認したことを意味しません（第4.9条参照）。</w:t>
      </w:r>
    </w:p>
    <w:p>
      <w:r>
        <w:rPr>
          <w:b w:val="0"/>
        </w:rPr>
        <w:t>2. 書類の範囲：権利証明書類には、脚本の創作記録（例：原稿、草稿、改稿履歴）、キャンバスまたは素材アセットのプロジェクトファイルのスクリーンショット、編集プロジェクトファイルのスクリーンショット、生成記録、AI ツールの有料プランまたはサブスクリプションの証明、原権利者の許諾書（許諾期限および許諾範囲を記載したもの）、共同創作者その他の参加者の権利帰属に関する書類、音楽、効果音、フォント、画像および動画素材の許諾証明、肖像および声の同意書、法定代理人の同意書が含まれますが、これらに限りません。</w:t>
      </w:r>
    </w:p>
    <w:p>
      <w:r>
        <w:rPr>
          <w:b w:val="0"/>
        </w:rPr>
        <w:t>3. 本プラットフォームによる請求：本プラットフォームは、アプリストア（例：Apple App Store、Google Play）もしくは提携チャネルの審査、第三者の権利主張、主務官庁の要請その他権利確認のための合理的な必要に基づき、掲載後であっても、特定のアップロードコンテンツについて、クリエイター管理画面の通知またはメールにより、前号の書類の全部または一部の補充または更新をあなたに求めることができ、その際には理由、必要書類および期限を明示します。期限は、通知に記載されたより長い期間を除き、通知到達日の翌日から 7 日とします。海外の素材の許諾が関係する場合その他正当な理由がある場合、あなたは期限内に合理的な延長を申請できます。</w:t>
      </w:r>
    </w:p>
    <w:p>
      <w:r>
        <w:rPr>
          <w:b w:val="0"/>
        </w:rPr>
        <w:t>4. 保存期間：あなたは、権利証明書類および生成記録を、次のうち最も遅く到来する時まで保存しなければなりません：(1) アップロード日から 3 年；(2) 当該アップロードコンテンツの最後の配信停止の日または本許諾期間の終了日から 3 年；(3) 当該アップロードコンテンツに関する紛争、訴訟または主務官庁の手続の終結時。</w:t>
      </w:r>
    </w:p>
    <w:p>
      <w:r>
        <w:rPr>
          <w:b w:val="0"/>
        </w:rPr>
        <w:t>5. 未提出の効果：あなたが期限内に提出しない場合、または提出された書類が権利を証明するに足りない場合、本プラットフォームは当該アップロードコンテンツについて次の措置の一部または全部をとることができます：(1) 第6条に基づく表示の停止または配信停止；(2) 期限満了日の翌日から当該アップロードコンテンツの分配金の精算および支払の停止；(3) 当該アップロードコンテンツの後続エピソードの掲載受付の停止。あなたが書類を補正し本プラットフォームが確認した後、本プラットフォームは 7 営業日以内に表示を再開し（配信停止済みのものはあなたの申請により再掲載します）、支払を停止していた分配金を次期の精算に含めて支払います（利息は付しません）。確定判決、主務官庁の認定または第11.2条に基づく処理により当該アップロードコンテンツが他人の権利を侵害することが確認された場合、支払停止期間中の分配金は第9.4条第3号に基づき支払われず、民法第334条に基づき、あなたが第5.1条により負う賠償と相殺することができます。</w:t>
      </w:r>
    </w:p>
    <w:p>
      <w:r>
        <w:rPr>
          <w:b w:val="0"/>
        </w:rPr>
        <w:t>6. 書類の使用：本プラットフォームは、これらの書類を前記の処理目的の範囲内でのみ使用し、これには審査を求めたアプリストアまたは提携チャネル、権利を主張する第三者、主務官庁または司法機関への提供（第10.3条参照）を含みます。書類は非公開で保管し、そこに含まれる個人情報をプライバシーポリシーに従って保護します。</w:t>
      </w:r>
    </w:p>
    <w:p>
      <w:r>
        <w:rPr>
          <w:b w:val="0"/>
        </w:rPr>
        <w:t>4.9 あなたは、本プラットフォームが各アップロードコンテンツの権利状態を実質的に確認する義務を負わず、審査の通過は本プラットフォームがアップロードコンテンツの非侵害を確認したことを意味しないことを了承します。ただし、これは法令上の本プラットフォームの責任に影響しません。</w:t>
      </w:r>
    </w:p>
    <w:p>
      <w:r>
        <w:rPr>
          <w:b/>
        </w:rPr>
        <w:t>4.10 権利状態の変動の通知。</w:t>
      </w:r>
      <w:r>
        <w:rPr>
          <w:b w:val="0"/>
        </w:rPr>
        <w:t xml:space="preserve"> アップロードコンテンツの許諾の期間満了（更新なし）もしくは撤回、第三者による権利侵害の主張、使用した AI ツールの規約が商業利用に影響する形で変更されたこと、その他第4条の表明保証に影響しうる事由が生じた場合、あなたはそれを知った日から 3 日以内に本プラットフォームに通知し、その対応に協力するものとします。権利の由来が許諾取得であり、原権利者の許諾期間が短縮されまたは期間前に終了したことにより、あなたが選択した許諾期限より短くなった場合、あなたは許諾期限を更新し、または第7条に基づき配信停止を申請しなければなりません（本プラットフォームは第7.2条に基づき確認の上、配信停止を完了します）。原権利者の許諾が更新された場合、あなたはクリエイター管理画面で第3.11条第2号に基づき許諾期限を改めて選択できます。</w:t>
      </w:r>
    </w:p>
    <w:p>
      <w:r>
        <w:rPr>
          <w:b/>
        </w:rPr>
        <w:t>4.11 本人確認。</w:t>
      </w:r>
      <w:r>
        <w:rPr>
          <w:b w:val="0"/>
        </w:rPr>
        <w:t xml:space="preserve"> あなたは、審査、権利侵害通知への対応、ならびにマネーロンダリング防止、税務その他の法令遵守の必要に応じて、本プラットフォームがあなたの真実の身元および連絡先の提供と確認を求めることに同意します。虚偽の情報を提供した場合、本プラットフォームは第6条および利用規約に基づき措置を講じることができます。</w:t>
      </w:r>
    </w:p>
    <w:p>
      <w:pPr>
        <w:pStyle w:val="Heading2"/>
      </w:pPr>
      <w:r>
        <w:t>第5条　責任および補償</w:t>
      </w:r>
    </w:p>
    <w:p>
      <w:r>
        <w:rPr>
          <w:b/>
        </w:rPr>
        <w:t>5.1 クリエイターの補償。</w:t>
      </w:r>
      <w:r>
        <w:rPr>
          <w:b w:val="0"/>
        </w:rPr>
        <w:t xml:space="preserve"> あなたが第4条の表明保証または本規約に違反したことにより、本プラットフォームまたは再許諾先が第三者の請求、主務官庁の処分を受け、または損害を被った場合、あなたは次のとおり対応し責任を負うものとします：(1) あなたの過失の有無にかかわらず、本プラットフォームおよび再許諾先がそれにより負担した合理的な弁護士費用、訴訟および仲裁費用、配信停止および差替えの費用、提携チャネルまたは広告の撤回費用、視聴者への返金ならびに合理的な内部処理費用を補償すること；(2) 前号以外の損害については、あなたに帰責される範囲で、判決、和解（あなたが第5.2条に基づき同意しまたは同意したものとみなされたもの）または裁定に基づき支払われた金額を含め、本プラットフォームが被った損害を賠償すること。賠償は、あなたの違反と相当因果関係のある損害に限られます。</w:t>
      </w:r>
    </w:p>
    <w:p>
      <w:r>
        <w:rPr>
          <w:b/>
        </w:rPr>
        <w:t>5.2 手続上の保障。</w:t>
      </w:r>
      <w:r>
        <w:rPr>
          <w:b w:val="0"/>
        </w:rPr>
        <w:t xml:space="preserve"> 第三者が本プラットフォームに対して請求を主張した場合、本プラットフォームはそれを知った後合理的な期間内にあなたに通知し、関連情報を提供し、あなたに意見を述べ、証拠を提出し、防御または交渉に参加する機会を与えるものとします。本プラットフォームがあなたの同意なく第三者と和解しまたは責任を認めた場合、あなたは和解金額のうち合理的な範囲を超える部分について責任を負いません。あなたが本プラットフォームの通知および和解案を受領してから 7 日以内に意見を表明しない場合は、同意したものとみなします。緊急の場合（例：主務官庁が期限を定めた場合、提携チャネルが即時の配信停止を求めた場合）、本プラットフォームは必要な保全または損害軽減の措置を先に講じることができ、本条に基づくあなたの権利には影響しません。本プラットフォームが通知を怠り、あなたが防御の機会を失いまたは損害が拡大した場合、あなたは拡大した部分について責任を負いません。</w:t>
      </w:r>
    </w:p>
    <w:p>
      <w:r>
        <w:rPr>
          <w:b/>
        </w:rPr>
        <w:t>5.3 本プラットフォームの責任。</w:t>
      </w:r>
    </w:p>
    <w:p>
      <w:r>
        <w:rPr>
          <w:b w:val="0"/>
        </w:rPr>
        <w:t>1. 本プラットフォームは、善良な管理者の注意をもってアップロードコンテンツを保存および再生し、本規約の範囲内でアップロードコンテンツを利用するものとします。本プラットフォームまたは再許諾先が本許諾の範囲を超えてアップロードコンテンツを利用した場合、法令に基づきあなたに責任を負います。</w:t>
      </w:r>
    </w:p>
    <w:p>
      <w:r>
        <w:rPr>
          <w:b w:val="0"/>
        </w:rPr>
        <w:t>2. 本プラットフォームサービスは現状有姿で提供され、本プラットフォームは不可抗力、第三者のネットワークもしくはクラウドサービスの障害、ハッカー攻撃など本プラットフォームに帰責されない事由による損害について責任を負いません。</w:t>
      </w:r>
    </w:p>
    <w:p>
      <w:r>
        <w:rPr>
          <w:b w:val="0"/>
        </w:rPr>
        <w:t>3. 本プラットフォームの故意または重大な過失による損害、および法令上排除または制限できない責任については、いかなる免責または責任制限も適用されません（民法第222条参照）。</w:t>
      </w:r>
    </w:p>
    <w:p>
      <w:r>
        <w:rPr>
          <w:b w:val="0"/>
        </w:rPr>
        <w:t>4. 前号の場合を除き、本規約に基づく本プラットフォームのあなたに対する損害賠償責任は、損害発生前直近 1 か月間に本プラットフォームがあなたに実際に支払った分配金の総額を上限とし、本プラットフォームは間接損害または逸失利益について責任を負いません。</w:t>
      </w:r>
    </w:p>
    <w:p>
      <w:r>
        <w:rPr>
          <w:b w:val="0"/>
        </w:rPr>
        <w:t>5. 第5.1条に基づくあなたの責任は、あなたに帰責される事由、違反と相当因果関係のある損害および合理的な費用に限られ、第5.2条の手続上の保障を受けます。</w:t>
      </w:r>
    </w:p>
    <w:p>
      <w:r>
        <w:rPr>
          <w:b w:val="0"/>
        </w:rPr>
        <w:t>5.4 前各項の規定は、あなたが法令に基づき本プラットフォームに主張できる権利を排除するものではなく、あなたに法令上認められた抗弁を放棄させるものでもありません。</w:t>
      </w:r>
    </w:p>
    <w:p>
      <w:pPr>
        <w:pStyle w:val="Heading2"/>
      </w:pPr>
      <w:r>
        <w:t>第6条　審査、掲載拒否、配信停止および表示制限</w:t>
      </w:r>
    </w:p>
    <w:p>
      <w:r>
        <w:rPr>
          <w:b/>
        </w:rPr>
        <w:t>6.1 審査。</w:t>
      </w:r>
      <w:r>
        <w:rPr>
          <w:b w:val="0"/>
        </w:rPr>
        <w:t xml:space="preserve"> アップロードコンテンツは、本プラットフォームの審査を通過し、かつ第4.8条第1号に基づき提出された権利証明書類が揃っていることを本プラットフォームが確認した後にのみ公開掲載されます。本プラットフォームは通常、完全なアップロード資料を受領してから 14 営業日以内に審査を完了し、アプリ内で結果を通知します。追加資料が必要な場合、第三者の権利確認が必要な場合または審査件数が増加した場合は、合理的に延長し通知することができます。</w:t>
      </w:r>
    </w:p>
    <w:p>
      <w:r>
        <w:rPr>
          <w:b w:val="0"/>
        </w:rPr>
        <w:t>6.2 掲載拒否、配信停止または表示制限の事由。本プラットフォームは、次のいずれかの合理的な事由がある場合、掲載拒否、配信停止、表示の一時停止、または表示範囲の制限（例：年齢制限、地域制限、レコメンド対象からの除外、特定の部分またはサムネイルの削除）を行うことができます：</w:t>
      </w:r>
    </w:p>
    <w:p>
      <w:r>
        <w:rPr>
          <w:b w:val="0"/>
        </w:rPr>
        <w:t>1. 第4条の表明保証またはコンテンツ規範への違反、またはその合理的な疑い；</w:t>
      </w:r>
    </w:p>
    <w:p>
      <w:r>
        <w:rPr>
          <w:b w:val="0"/>
        </w:rPr>
        <w:t>2. 第三者からの具体的な権利侵害通知（著作権法第90条の4以下のインターネットサービスプロバイダーに関する規定に基づき処理）、または司法機関もしくは主務官庁からの通知もしくは命令の受領；</w:t>
      </w:r>
    </w:p>
    <w:p>
      <w:r>
        <w:rPr>
          <w:b w:val="0"/>
        </w:rPr>
        <w:t>3. 第4.8条に基づき期限内に権利証明書類を提出しないこと、または提出された書類が権利を証明するに足りないこと；</w:t>
      </w:r>
    </w:p>
    <w:p>
      <w:r>
        <w:rPr>
          <w:b w:val="0"/>
        </w:rPr>
        <w:t>4. 技術的品質が本プラットフォームの公表する仕様を満たさず（例：解像度、ファイル破損、音声と映像のずれ）、通知後も是正されないこと；</w:t>
      </w:r>
    </w:p>
    <w:p>
      <w:r>
        <w:rPr>
          <w:b w:val="0"/>
        </w:rPr>
        <w:t>5. コンテンツの性質が本プラットフォームの位置付けまたは本プラットフォームが公表する運営方針（例：特定ジャンルの受付終了）と明らかに合致しないこと；</w:t>
      </w:r>
    </w:p>
    <w:p>
      <w:r>
        <w:rPr>
          <w:b w:val="0"/>
        </w:rPr>
        <w:t>6. あなたのアカウントが利用規約に基づき停止または解約されたこと；</w:t>
      </w:r>
    </w:p>
    <w:p>
      <w:r>
        <w:rPr>
          <w:b w:val="0"/>
        </w:rPr>
        <w:t>7. 第4.3条の開示、表示または生成記録の義務に違反し、通知後合理的な期間内に是正されないこと；</w:t>
      </w:r>
    </w:p>
    <w:p>
      <w:r>
        <w:rPr>
          <w:b w:val="0"/>
        </w:rPr>
        <w:t>8. 権利の由来が許諾取得であるアップロードコンテンツについて、あなたまたは原権利者から、原権利者の許諾が期間満了し、更新されず、または撤回された旨の通知があったこと。</w:t>
      </w:r>
    </w:p>
    <w:p>
      <w:r>
        <w:rPr>
          <w:b/>
        </w:rPr>
        <w:t>6.3 通知および不服申立て。</w:t>
      </w:r>
      <w:r>
        <w:rPr>
          <w:b w:val="0"/>
        </w:rPr>
        <w:t xml:space="preserve"> 本プラットフォームが前項の措置を講じた場合、アプリ内通知またはメールで、講じた措置および理由の分類をあなたに通知します。ただし、法令により開示が禁止される場合、調査を妨げるおそれがある場合、または緊急の危害（例：児童・青少年の性的搾取、性的画像、身体の安全に対する差し迫った危険）が関係する場合は、先に措置を講じて事後に通知し、または通知しないことができます。あなたは通知を受領してから 14 日以内に不服申立てをすることができ、本プラットフォームは申立てを受領してから 14 日以内に結果を回答します。</w:t>
      </w:r>
    </w:p>
    <w:p>
      <w:r>
        <w:rPr>
          <w:b w:val="0"/>
        </w:rPr>
        <w:t>6.4 本プラットフォームがアップロードコンテンツを配信停止しまたは表示を制限することは、あなたに対する契約違反を構成せず、第2条に基づきあなたが保持する権利にも影響しません。本プラットフォームは特定のコンテンツを掲載する義務を負わず、アップロードコンテンツの露出、順位または収益を保証しません。</w:t>
      </w:r>
    </w:p>
    <w:p>
      <w:r>
        <w:rPr>
          <w:b/>
        </w:rPr>
        <w:t>6.5 繰り返しの権利侵害。</w:t>
      </w:r>
      <w:r>
        <w:rPr>
          <w:b w:val="0"/>
        </w:rPr>
        <w:t xml:space="preserve"> あなたがアップロードしたコンテンツが、第11.2条に基づく処理、確定判決または主務官庁の認定により権利侵害と認められたことが累計 3 回に達した場合、またはあなたが故意に権利を侵害し、審査を回避し、もしくは配信停止されたコンテンツを繰り返し再アップロードした場合、本プラットフォームはあなたのアカウントおよび本規約を解約し、再登録を拒否することができます。</w:t>
      </w:r>
    </w:p>
    <w:p>
      <w:pPr>
        <w:pStyle w:val="Heading2"/>
      </w:pPr>
      <w:r>
        <w:t>第7条　クリエイターの申請による配信停止</w:t>
      </w:r>
    </w:p>
    <w:p>
      <w:r>
        <w:rPr>
          <w:b/>
        </w:rPr>
        <w:t>7.1 配信停止の申請。</w:t>
      </w:r>
      <w:r>
        <w:rPr>
          <w:b w:val="0"/>
        </w:rPr>
        <w:t xml:space="preserve"> あなたは、クリエイター管理画面の「配信停止申請」（申請下架）機能または本規約冒頭に記載の連絡先メールを通じて、理由を示すことなく、いつでも任意のアップロードコンテンツの配信停止を申請でき、これにより違約責任を負うことはありません。また、許諾満了日を配信停止日として予約することもできます（第3.11条第2号）。クリエイター管理画面には、あなたが直接配信停止を行う機能はありません。アップロードコンテンツは、本プラットフォームが第7.2条に基づき確認し配信停止を完了した時に、公開提供が停止されます。</w:t>
      </w:r>
    </w:p>
    <w:p>
      <w:r>
        <w:rPr>
          <w:b/>
        </w:rPr>
        <w:t>7.2 確認および処理期間。</w:t>
      </w:r>
    </w:p>
    <w:p>
      <w:r>
        <w:rPr>
          <w:b w:val="0"/>
        </w:rPr>
        <w:t>1. 本プラットフォームは、完全な配信停止申請（当該アップロードコンテンツを特定できれば完全とします）を受領した後、7 営業日以内に確認し配信停止を完了し、本プラットフォームサービス上での公開を停止します（提携チャネルおよび公開済みの宣伝素材は第8条に従って処理します）。配信停止を完了したときは、本プラットフォームはクリエイター管理画面に完了日時を表示し、あなたに通知します。</w:t>
      </w:r>
    </w:p>
    <w:p>
      <w:r>
        <w:rPr>
          <w:b w:val="0"/>
        </w:rPr>
        <w:t>2. あなたが許諾満了日を配信停止日として予約した場合、本プラットフォームは許諾満了日当日に配信停止を完了します。許諾満了日前 7 営業日以内に予約した場合は、前号の期限で処理します。</w:t>
      </w:r>
    </w:p>
    <w:p>
      <w:r>
        <w:rPr>
          <w:b w:val="0"/>
        </w:rPr>
        <w:t>3. 本プラットフォームは、本条に適合する配信停止申請の処理を拒否または遅延してはなりません。ただし、当該アップロードコンテンツが終結していない第三者の権利主張、苦情申立て、訴訟もしくは主務官庁の手続に関係する場合、または法令もしくは裁判所もしくは主務官庁の命令により保全すべき場合、本プラットフォームは当該手続または命令に必要な範囲で配信停止を猶予し、または当該アップロードコンテンツおよび関連記録を保存することができ、その理由および処理予定期間をアプリ内通知またはメールであなたに知らせます。当該事由が消滅した後は、第1号に従って処理します。</w:t>
      </w:r>
    </w:p>
    <w:p>
      <w:r>
        <w:rPr>
          <w:b w:val="0"/>
        </w:rPr>
        <w:t>4. 本許諾、第4条の表明保証および第9条の分配は、本プラットフォームが実際に配信停止を完了する時まで継続し、配信停止後は第8条に従って処理します。</w:t>
      </w:r>
    </w:p>
    <w:p>
      <w:r>
        <w:rPr>
          <w:b w:val="0"/>
        </w:rPr>
        <w:t>5. アップロードコンテンツがあなたまたは第三者の権利を侵害する、または個人のプライバシーもしくは性的画像に関わるとあなたが主張する場合、本プラットフォームは優先的かつ可能な限り速やかに処理し、先に表示を停止することができます。</w:t>
      </w:r>
    </w:p>
    <w:p>
      <w:r>
        <w:rPr>
          <w:b w:val="0"/>
        </w:rPr>
        <w:t>7.3 配信停止後の取扱いは第8条に従います。</w:t>
      </w:r>
    </w:p>
    <w:p>
      <w:pPr>
        <w:pStyle w:val="Heading2"/>
      </w:pPr>
      <w:r>
        <w:t>第8条　配信停止後の取扱いおよび保存</w:t>
      </w:r>
    </w:p>
    <w:p>
      <w:r>
        <w:rPr>
          <w:b w:val="0"/>
        </w:rPr>
        <w:t>8.1 アップロードコンテンツが理由のいかんを問わず配信停止され（あなたの第7条に基づく申請により本プラットフォームが第7.2条に基づき完了した配信停止を含み、実際に配信停止が完了した時を基準とします）、または本規約が終了した後：</w:t>
      </w:r>
    </w:p>
    <w:tbl>
      <w:tblPr>
        <w:tblStyle w:val="TableGrid"/>
        <w:tblW w:type="auto" w:w="0"/>
        <w:tblLook w:firstColumn="1" w:firstRow="1" w:lastColumn="0" w:lastRow="0" w:noHBand="0" w:noVBand="1" w:val="04A0"/>
      </w:tblPr>
      <w:tblGrid>
        <w:gridCol w:w="4649"/>
        <w:gridCol w:w="4649"/>
      </w:tblGrid>
      <w:tr>
        <w:tc>
          <w:tcPr>
            <w:tcW w:type="dxa" w:w="4649"/>
          </w:tcPr>
          <w:p>
            <w:r>
              <w:rPr>
                <w:b/>
              </w:rPr>
              <w:t>項目</w:t>
            </w:r>
          </w:p>
        </w:tc>
        <w:tc>
          <w:tcPr>
            <w:tcW w:type="dxa" w:w="4649"/>
          </w:tcPr>
          <w:p>
            <w:r>
              <w:rPr>
                <w:b/>
              </w:rPr>
              <w:t>取扱い</w:t>
            </w:r>
          </w:p>
        </w:tc>
      </w:tr>
      <w:tr>
        <w:tc>
          <w:tcPr>
            <w:tcW w:type="dxa" w:w="4649"/>
          </w:tcPr>
          <w:p>
            <w:r>
              <w:rPr>
                <w:b w:val="0"/>
              </w:rPr>
              <w:t>本プラットフォームサービスの公開ページ</w:t>
            </w:r>
          </w:p>
        </w:tc>
        <w:tc>
          <w:tcPr>
            <w:tcW w:type="dxa" w:w="4649"/>
          </w:tcPr>
          <w:p>
            <w:r>
              <w:rPr>
                <w:b w:val="0"/>
              </w:rPr>
              <w:t>公開およびレコメンドを停止し、新たな派生素材は制作しません。</w:t>
            </w:r>
          </w:p>
        </w:tc>
      </w:tr>
      <w:tr>
        <w:tc>
          <w:tcPr>
            <w:tcW w:type="dxa" w:w="4649"/>
          </w:tcPr>
          <w:p>
            <w:r>
              <w:rPr>
                <w:b w:val="0"/>
              </w:rPr>
              <w:t>解放済みの視聴者</w:t>
            </w:r>
          </w:p>
        </w:tc>
        <w:tc>
          <w:tcPr>
            <w:tcW w:type="dxa" w:w="4649"/>
          </w:tcPr>
          <w:p>
            <w:r>
              <w:rPr>
                <w:b w:val="0"/>
              </w:rPr>
              <w:t>有料で解放した視聴者は、元の解放有効期間の満了時または配信停止後 30 日のいずれか早い時まで視聴を続けることができます。ただし、違法、権利侵害またはプライバシーを理由とする配信停止の場合は、いずれも直ちに視聴を停止します。</w:t>
            </w:r>
          </w:p>
        </w:tc>
      </w:tr>
      <w:tr>
        <w:tc>
          <w:tcPr>
            <w:tcW w:type="dxa" w:w="4649"/>
          </w:tcPr>
          <w:p>
            <w:r>
              <w:rPr>
                <w:b w:val="0"/>
              </w:rPr>
              <w:t>キャッシュおよび CDN</w:t>
            </w:r>
          </w:p>
        </w:tc>
        <w:tc>
          <w:tcPr>
            <w:tcW w:type="dxa" w:w="4649"/>
          </w:tcPr>
          <w:p>
            <w:r>
              <w:rPr>
                <w:b w:val="0"/>
              </w:rPr>
              <w:t>本プラットフォームは配信停止時に削除要求を発行します。技術的に CDN、ブラウザまたはデバイスにキャッシュされた複製は、合理的な期間（通常 30 日以内）に自然に失効することがあります。本プラットフォームはユーザーのデバイス上に残る複製を管理する義務を負いませんが、それを再び積極的に利用することはできません。</w:t>
            </w:r>
          </w:p>
        </w:tc>
      </w:tr>
      <w:tr>
        <w:tc>
          <w:tcPr>
            <w:tcW w:type="dxa" w:w="4649"/>
          </w:tcPr>
          <w:p>
            <w:r>
              <w:rPr>
                <w:b w:val="0"/>
              </w:rPr>
              <w:t>公開済みの宣伝素材</w:t>
            </w:r>
          </w:p>
        </w:tc>
        <w:tc>
          <w:tcPr>
            <w:tcW w:type="dxa" w:w="4649"/>
          </w:tcPr>
          <w:p>
            <w:r>
              <w:rPr>
                <w:b w:val="0"/>
              </w:rPr>
              <w:t>第3.5条に従って処理します。あなたは特定の素材（例：プライバシーまたは名誉に関わるもの）の削除を個別に申請でき、本プラットフォームは 14 営業日以内に自らの管理下にある部分を削除するよう合理的に努めるものとします。</w:t>
            </w:r>
          </w:p>
        </w:tc>
      </w:tr>
      <w:tr>
        <w:tc>
          <w:tcPr>
            <w:tcW w:type="dxa" w:w="4649"/>
          </w:tcPr>
          <w:p>
            <w:r>
              <w:rPr>
                <w:b w:val="0"/>
              </w:rPr>
              <w:t>再許諾先</w:t>
            </w:r>
          </w:p>
        </w:tc>
        <w:tc>
          <w:tcPr>
            <w:tcW w:type="dxa" w:w="4649"/>
          </w:tcPr>
          <w:p>
            <w:r>
              <w:rPr>
                <w:b w:val="0"/>
              </w:rPr>
              <w:t>本プラットフォームは配信停止完了後 14 営業日以内に再許諾先に新たな利用の停止を通知します。提携チャネルは通知受領後 30 日以内に配信停止を完了でき、出稿済みの広告は出稿期間終了まで（3 か月以内）掲載できます。</w:t>
            </w:r>
          </w:p>
        </w:tc>
      </w:tr>
      <w:tr>
        <w:tc>
          <w:tcPr>
            <w:tcW w:type="dxa" w:w="4649"/>
          </w:tcPr>
          <w:p>
            <w:r>
              <w:rPr>
                <w:b w:val="0"/>
              </w:rPr>
              <w:t>バックアップおよび記録</w:t>
            </w:r>
          </w:p>
        </w:tc>
        <w:tc>
          <w:tcPr>
            <w:tcW w:type="dxa" w:w="4649"/>
          </w:tcPr>
          <w:p>
            <w:r>
              <w:rPr>
                <w:b w:val="0"/>
              </w:rPr>
              <w:t>本プラットフォームは、システム復旧、法令遵守、紛争処理および証拠保全のためにのみ、アップロードコンテンツおよび関連記録のバックアップを 180 日間保存でき、公開利用することはできません。訴訟または主務官庁の調査が関係する場合は、手続終了まで保存できます。第3.8条の権利侵害認識データは前記の 180 日の制限を受けません。</w:t>
            </w:r>
          </w:p>
        </w:tc>
      </w:tr>
    </w:tbl>
    <w:p>
      <w:r>
        <w:rPr>
          <w:b w:val="0"/>
        </w:rPr>
        <w:t>8.2 第2条、第3.7条、第3.8条、第3.10条、第4条（第4.8条の書類の保存および提出義務を含みます）、第5条、第8条、第9.5条、第9.6条、第9.10条、第11条および第14条は、アップロードコンテンツの配信停止、本許諾期間の満了または本規約の終了後も効力を有します。ただし、第4条の表明保証は、掲載期間中、本許諾期間中（第3.11条に基づき延長された期間を含みます）および第8条の継続利用期間中に生じた利用に限られます。</w:t>
      </w:r>
    </w:p>
    <w:p>
      <w:pPr>
        <w:pStyle w:val="Heading2"/>
      </w:pPr>
      <w:r>
        <w:t>第9条　収益分配および報酬</w:t>
      </w:r>
    </w:p>
    <w:p>
      <w:r>
        <w:rPr>
          <w:b/>
        </w:rPr>
        <w:t>9.1 広告収益の分配。</w:t>
      </w:r>
      <w:r>
        <w:rPr>
          <w:b w:val="0"/>
        </w:rPr>
        <w:t xml:space="preserve"> 本プラットフォームは、あなたのアップロードコンテンツにより生じた広告収益の </w:t>
      </w:r>
      <w:r>
        <w:rPr>
          <w:b/>
        </w:rPr>
        <w:t>30%</w:t>
      </w:r>
      <w:r>
        <w:rPr>
          <w:b w:val="0"/>
        </w:rPr>
        <w:t xml:space="preserve"> をあなたに分配します。独占許諾で提供されたアップロードコンテンツについては、第3.6条の個別付属書で定めるより高い割合で分配します。</w:t>
      </w:r>
    </w:p>
    <w:p>
      <w:r>
        <w:rPr>
          <w:b/>
        </w:rPr>
        <w:t>9.2 計算の基礎。</w:t>
      </w:r>
      <w:r>
        <w:rPr>
          <w:b w:val="0"/>
        </w:rPr>
        <w:t xml:space="preserve"> 前項の「広告収益」とは、あなたのアップロードコンテンツとともに再生された広告について、</w:t>
      </w:r>
      <w:r>
        <w:rPr>
          <w:b/>
        </w:rPr>
        <w:t>広告ネットワーク（例：Google AdMob、AdSense）から実際に受領した純収益</w:t>
      </w:r>
      <w:r>
        <w:rPr>
          <w:b w:val="0"/>
        </w:rPr>
        <w:t>、すなわち広告ネットワークの手数料または分配分のみを控除した後の金額をいい、返金を要する金額または広告ネットワークにより回収された金額を除きます。外貨建ての金額は、本プラットフォームに実際に入金された新台湾ドル額で計算します。</w:t>
      </w:r>
    </w:p>
    <w:p>
      <w:r>
        <w:rPr>
          <w:b/>
        </w:rPr>
        <w:t>9.3 帰属。</w:t>
      </w:r>
      <w:r>
        <w:rPr>
          <w:b w:val="0"/>
        </w:rPr>
        <w:t xml:space="preserve"> 特定のアップロードコンテンツに直接帰属させることができる広告収益（例：当該コンテンツのエピソードを解放するために視聴されたリワード広告）は当該コンテンツに帰属させます。直接帰属させることができない収益は、当該期間における本プラットフォーム全体の有効視聴数に占める各アップロードコンテンツの有効視聴数の割合に応じて配分します。</w:t>
      </w:r>
    </w:p>
    <w:p>
      <w:r>
        <w:rPr>
          <w:b/>
        </w:rPr>
        <w:t>9.4 無効トラフィックの除外。</w:t>
      </w:r>
      <w:r>
        <w:rPr>
          <w:b w:val="0"/>
        </w:rPr>
        <w:t xml:space="preserve"> 次のトラフィックまたは収益は計算から除外します：(1) 広告ネットワークにより無効トラフィックと認定され回収された収益；(2) ボット、スクリプト、再生数の水増し、インセンティブ付きクリック、繰り返しの自己視聴その他の異常な手段により生じた視聴または広告；(3) 第6条に基づき配信停止され、または第4条に違反すると認定されたコンテンツについて、違反期間中に生じた収益。本プラットフォームが前記のいずれかに該当すると判断した場合はあなたに理由を通知し、あなたは第6.3条に基づき不服申立てをすることができます。</w:t>
      </w:r>
    </w:p>
    <w:p>
      <w:r>
        <w:rPr>
          <w:b/>
        </w:rPr>
        <w:t>9.5 精算および支払。</w:t>
      </w:r>
      <w:r>
        <w:rPr>
          <w:b w:val="0"/>
        </w:rPr>
        <w:t xml:space="preserve"> 分配金は月単位で精算し、支払います。</w:t>
      </w:r>
    </w:p>
    <w:p>
      <w:r>
        <w:rPr>
          <w:b w:val="0"/>
        </w:rPr>
        <w:t>1. 精算：本プラットフォームは毎月末に前月分の分配金を精算し、クリエイター管理画面で明細（各コンテンツの有効視聴数および分配金額を含む）を提供します。</w:t>
      </w:r>
    </w:p>
    <w:p>
      <w:r>
        <w:rPr>
          <w:b w:val="0"/>
        </w:rPr>
        <w:t xml:space="preserve">2. 支払基準額：累計の未払分配金が </w:t>
      </w:r>
      <w:r>
        <w:rPr>
          <w:b/>
        </w:rPr>
        <w:t>100 米ドル</w:t>
      </w:r>
      <w:r>
        <w:rPr>
          <w:b w:val="0"/>
        </w:rPr>
        <w:t xml:space="preserve">に達した場合、本プラットフォームは精算後 </w:t>
      </w:r>
      <w:r>
        <w:rPr>
          <w:b/>
        </w:rPr>
        <w:t>30 日</w:t>
      </w:r>
      <w:r>
        <w:rPr>
          <w:b w:val="0"/>
        </w:rPr>
        <w:t>以内に支払います。それに満たない金額は次期に繰り越します。分配金は新台湾ドルで計算し、前記の金額に達したかどうかは、クリエイター管理画面に表示する参考為替レートで換算して判断します。</w:t>
      </w:r>
    </w:p>
    <w:p>
      <w:r>
        <w:rPr>
          <w:b w:val="0"/>
        </w:rPr>
        <w:t>3. 支払方法：分配金は、あなたがクリエイター管理画面で登録した口座に、</w:t>
      </w:r>
      <w:r>
        <w:rPr>
          <w:b/>
        </w:rPr>
        <w:t>米ドル建ての国際電信送金のみ</w:t>
      </w:r>
      <w:r>
        <w:rPr>
          <w:b w:val="0"/>
        </w:rPr>
        <w:t>により支払い、送金当日の銀行の為替レートで米ドルに換算します。</w:t>
      </w:r>
    </w:p>
    <w:p>
      <w:r>
        <w:rPr>
          <w:b w:val="0"/>
        </w:rPr>
        <w:t>4. 送金手数料：送金銀行、中継銀行および受取銀行が課す送金手数料は、</w:t>
      </w:r>
      <w:r>
        <w:rPr>
          <w:b/>
        </w:rPr>
        <w:t>すべてあなたの負担</w:t>
      </w:r>
      <w:r>
        <w:rPr>
          <w:b w:val="0"/>
        </w:rPr>
        <w:t>とし、送金額から直接差し引きます。</w:t>
      </w:r>
    </w:p>
    <w:p>
      <w:r>
        <w:rPr>
          <w:b/>
        </w:rPr>
        <w:t>9.6 税務。</w:t>
      </w:r>
      <w:r>
        <w:rPr>
          <w:b w:val="0"/>
        </w:rPr>
        <w:t xml:space="preserve"> 本プラットフォームは、中華民国（台湾）の税法および全民健康保険法に基づき、分配金の支払時に、法令上徴収すべき範囲で所得税の源泉徴収および全民健康保険補充保険料（二代健保補充保費）の控除を行い、控除後の残額をあなたに支払います。控除額はクリエイター管理画面の収益ページに表示します。所得税の源泉徴収税率は、あなたの税務上の居住区分に応じた法定税率とし、中華民国（台湾）の居住者（台湾の営利事業者を含みます）は10%、非居住者（外国の営利事業者を含みます）は20%とします。ただし、法令に別段の定めがある場合はそれに従います。1回の支払額が法定の源泉徴収または控除の基準に満たない場合は、法令に基づき源泉徴収または控除を行いません。本プラットフォームは、法令に基づき源泉徴収の申告を行い、源泉徴収票を交付します。あなたは正確な身元、税務上の居住地および口座情報を提供し、法令上あなたが負担すべき税金を負担するものとします。情報が不完全なために支払えない場合、分配金は留保され、情報が補完された後に支払われます。</w:t>
      </w:r>
    </w:p>
    <w:p>
      <w:r>
        <w:rPr>
          <w:b/>
        </w:rPr>
        <w:t>9.7 その他の収益。</w:t>
      </w:r>
      <w:r>
        <w:rPr>
          <w:b w:val="0"/>
        </w:rPr>
        <w:t xml:space="preserve"> 有料解放、サブスクリプション（VIP を含む）その他の広告以外の収益は、本規約の現行版では分配対象ではありません。本プラットフォームが将来その他の分配、ボーナスまたはクリエイター基金のプログラムを開始する場合は、別途規約を公告し、あなたが別途同意した後に適用されます。</w:t>
      </w:r>
    </w:p>
    <w:p>
      <w:r>
        <w:rPr>
          <w:b/>
        </w:rPr>
        <w:t>9.8 収益の非保証。</w:t>
      </w:r>
      <w:r>
        <w:rPr>
          <w:b w:val="0"/>
        </w:rPr>
        <w:t xml:space="preserve"> 分配金額は実際の広告収益によって決まり、本プラットフォームはいかなる最低金額も保証しません（第6.4条参照）。</w:t>
      </w:r>
    </w:p>
    <w:p>
      <w:r>
        <w:rPr>
          <w:b/>
        </w:rPr>
        <w:t>9.9 適用。</w:t>
      </w:r>
      <w:r>
        <w:rPr>
          <w:b w:val="0"/>
        </w:rPr>
        <w:t xml:space="preserve"> 本条は、本規約 v1.1 版の発効日以降に生じた広告収益に適用されます。当該発効日前の広告収益は遡って分配されません。v1.3 版の発効日（2026年10月26日）前に生じた広告収益は、v1.2 版第9.1条の50%の割合で分配されます。当該日以降に生じた広告収益は、第9.1条の30%の割合で分配されます（v1.4 版はこの割合を変更していません）。</w:t>
      </w:r>
    </w:p>
    <w:p>
      <w:r>
        <w:rPr>
          <w:b/>
        </w:rPr>
        <w:t>9.10 延長期間および支払停止。</w:t>
      </w:r>
      <w:r>
        <w:rPr>
          <w:b w:val="0"/>
        </w:rPr>
        <w:t xml:space="preserve"> 第3.11条に基づき延長された本許諾期間中にアップロードコンテンツ（権利の由来を問いません）から生じた広告収益は、第9.1条の割合で分配されます。第4.8条第5号に基づく分配金の精算および支払の停止は、当該アップロードコンテンツに限られ、あなたの他のアップロードコンテンツの分配金は通常どおり精算され支払われます。</w:t>
      </w:r>
    </w:p>
    <w:p>
      <w:pPr>
        <w:pStyle w:val="Heading2"/>
      </w:pPr>
      <w:r>
        <w:t>第10条　個人情報</w:t>
      </w:r>
    </w:p>
    <w:p>
      <w:r>
        <w:rPr>
          <w:b w:val="0"/>
        </w:rPr>
        <w:t>10.1 本プラットフォームは、個人情報保護法および本プラットフォームのプライバシーポリシー（https://guavashorts.com/privacy）に従い、あなたに関する個人情報およびアップロード資料に含まれる個人情報を収集、処理および利用します。</w:t>
      </w:r>
    </w:p>
    <w:p>
      <w:r>
        <w:rPr>
          <w:b w:val="0"/>
        </w:rPr>
        <w:t>10.2 あなたがアップロードコンテンツにおいて他人（例：俳優）の個人情報または肖像を提供する場合、本プラットフォームが本規約の目的の範囲内で処理および利用できるよう、本人が法令に従って通知を受け同意していることを確保するものとします。</w:t>
      </w:r>
    </w:p>
    <w:p>
      <w:r>
        <w:rPr>
          <w:b/>
        </w:rPr>
        <w:t>10.3 権利侵害対応および法令遵守のための開示。</w:t>
      </w:r>
      <w:r>
        <w:rPr>
          <w:b w:val="0"/>
        </w:rPr>
        <w:t xml:space="preserve"> あなたは、権利侵害通知への対応、審査および法令遵守のために必要な範囲で、かつ法令が許容する範囲で、本プラットフォームがあなたの身元、連絡先および関連する権利証明を、権利を主張する第三者、主務官庁、司法機関および再許諾先に提供できることに同意します。</w:t>
      </w:r>
    </w:p>
    <w:p>
      <w:pPr>
        <w:pStyle w:val="Heading2"/>
      </w:pPr>
      <w:r>
        <w:t>第11条　アカウントの安全および第三者の通知</w:t>
      </w:r>
    </w:p>
    <w:p>
      <w:r>
        <w:rPr>
          <w:b w:val="0"/>
        </w:rPr>
        <w:t>11.1 あなたはクリエイター管理画面のアカウントおよびパスワードを適切に管理するものとします。あなたのアカウントを通じてアップロードされたコンテンツは、アカウントが不正利用されあなたに過失がないことをあなたが証明しない限り、あなたがアップロードしたものと推定されます。</w:t>
      </w:r>
    </w:p>
    <w:p>
      <w:r>
        <w:rPr>
          <w:b w:val="0"/>
        </w:rPr>
        <w:t>11.2 アップロードコンテンツが自らの権利を侵害すると考える第三者は、本プラットフォームが公表する権利侵害通知手続に従って通知を提出できます。本プラットフォームは著作権法のインターネットサービスプロバイダーに関する規定に従って処理し、あなたが反対通知を提出できることを通知します。反対通知の手続、期限および内容は著作権法およびその授権に基づく規則に従い、第6.3条の不服申立期限はその手続に影響しません。反対通知が法令に従って転送された後、権利者が法定期間内にあなたに対して訴訟を提起したことを本プラットフォームに通知しない場合、本プラットフォームは法令に従ってコンテンツを復元します。</w:t>
      </w:r>
    </w:p>
    <w:p>
      <w:pPr>
        <w:pStyle w:val="Heading2"/>
      </w:pPr>
      <w:r>
        <w:t>第12条　規約の終了</w:t>
      </w:r>
    </w:p>
    <w:p>
      <w:r>
        <w:rPr>
          <w:b w:val="0"/>
        </w:rPr>
        <w:t>12.1 あなたはいつでもクリエイター管理画面の利用を停止し、アカウントの削除を申請できます。アカウントの削除は、すべてのアップロードコンテンツの配信停止申請とみなされ、第7条および第8条に従って処理されます。</w:t>
      </w:r>
    </w:p>
    <w:p>
      <w:r>
        <w:rPr>
          <w:b w:val="0"/>
        </w:rPr>
        <w:t>12.2 本プラットフォームが本プラットフォームサービスを終了する場合は、30 日前に公告しメールであなたに通知し、第8条に従ってアップロードコンテンツを処理するものとします。</w:t>
      </w:r>
    </w:p>
    <w:p>
      <w:pPr>
        <w:pStyle w:val="Heading2"/>
      </w:pPr>
      <w:r>
        <w:t>第13条　バージョンおよび変更</w:t>
      </w:r>
    </w:p>
    <w:p>
      <w:r>
        <w:rPr>
          <w:b w:val="0"/>
        </w:rPr>
        <w:t>13.1 本規約のバージョン番号および発効日は本規約の冒頭に記載します。本プラットフォームは過去のすべてのバージョンをクリエイター管理画面に保存し、閲覧およびダウンロードできるようにします。</w:t>
      </w:r>
    </w:p>
    <w:p>
      <w:r>
        <w:rPr>
          <w:b/>
        </w:rPr>
        <w:t>13.2 変更の通知。</w:t>
      </w:r>
      <w:r>
        <w:rPr>
          <w:b w:val="0"/>
        </w:rPr>
        <w:t xml:space="preserve"> 本プラットフォームが本規約を変更する場合は、アプリ内通知およびメールであなたに通知し、主な変更内容を説明します。</w:t>
      </w:r>
    </w:p>
    <w:p>
      <w:r>
        <w:rPr>
          <w:b/>
        </w:rPr>
        <w:t>13.3 重大な不利益変更。</w:t>
      </w:r>
      <w:r>
        <w:rPr>
          <w:b w:val="0"/>
        </w:rPr>
        <w:t xml:space="preserve"> 変更により許諾範囲が拡大し、継続利用期間が延長され、あなたの責任が加重され、またはあなたの権利が縮減される場合、本プラットフォームは発効日の少なくとも 30 日前にあなたに通知します。重大な不利益変更に当たらない変更（例：文言の修正、連絡先の更新、あなたに有利な新条項）は、公告時に発効させることができます。</w:t>
      </w:r>
      <w:r>
        <w:rPr>
          <w:b/>
        </w:rPr>
        <w:t>前段の重大な不利益変更について、本プラットフォームは、あなたがクリエイター管理画面で新版の規約への同意にチェックを入れた後でなければ、新たなコンテンツのアップロード、または審査中のアップロードコンテンツについての補足資料の提出、修正その他審査に関する操作を行えないものとすることができます。あなたが自ら同意にチェックを入れた場合、新版の規約は同意の時からあなたに適用され、前段の 30 日の制限を受けません。あなたが同意にチェックを入れない場合、新版の規約が前段に従いあなたに対して発効するまでは、あなたと本プラットフォームとの間には変更前の規約が引き続き適用され、あなたは第13.4条に従って対応することができます。</w:t>
      </w:r>
    </w:p>
    <w:p>
      <w:r>
        <w:rPr>
          <w:b/>
        </w:rPr>
        <w:t>13.4 同意しない場合。</w:t>
      </w:r>
      <w:r>
        <w:rPr>
          <w:b w:val="0"/>
        </w:rPr>
        <w:t xml:space="preserve"> 変更に同意しない場合、あなたは発効日前に利用を停止し、第7条に基づき配信停止を申請できます。配信停止が完了するまで、既存のアップロードコンテンツには変更前の規約が引き続き適用されます。発効日後に新たなコンテンツのアップロードを続ける場合、新たなコンテンツには変更後の規約が適用されます。</w:t>
      </w:r>
    </w:p>
    <w:p>
      <w:r>
        <w:rPr>
          <w:b/>
        </w:rPr>
        <w:t>13.5 許諾範囲を拡大する変更。</w:t>
      </w:r>
      <w:r>
        <w:rPr>
          <w:b w:val="0"/>
        </w:rPr>
        <w:t xml:space="preserve"> 変更により許諾範囲が拡大する場合、既存のアップロードコンテンツには変更前の規約が引き続き適用され、あなたが配信停止を申請しないことまたは利用を続けることのみをもって同意したものとはみなされません。あなたが新版に積極的にチェックを入れて同意した後に限り、新版が既存のアップロードコンテンツに適用されます。新版の発効後は、新版にチェックを入れて同意しなければ新たなコンテンツのアップロードを続けることはできません。その他の重大な不利益変更は、第13.3条に基づく通知がなされ発効日が到来した後、あなたが第13.4条に基づき配信停止を申請しなかった場合、既存のアップロードコンテンツに適用されます。</w:t>
      </w:r>
    </w:p>
    <w:p>
      <w:r>
        <w:rPr>
          <w:b/>
        </w:rPr>
        <w:t>13.6 v1.4 版の適用。</w:t>
      </w:r>
    </w:p>
    <w:p>
      <w:r>
        <w:rPr>
          <w:b w:val="0"/>
        </w:rPr>
        <w:t>1. 新たに登録したクリエイター、および本版への同意にチェックを入れたクリエイター：本版は、同意にチェックを入れた時から、その者がアップロードまたは提出するコンテンツ（第3号の審査中のアップロードコンテンツを含みます）に適用されます。</w:t>
      </w:r>
    </w:p>
    <w:p>
      <w:r>
        <w:rPr>
          <w:b w:val="0"/>
        </w:rPr>
        <w:t>2. v1.3 版に同意済みのクリエイター：クリエイター管理画面で本版への同意にチェックを入れた後でなければ、新たなコンテンツのアップロード、または審査中のアップロードコンテンツについての補足資料の提出、修正その他審査に関する操作を行うことはできません（第13.3条後段）。本版への同意にチェックを入れるまでは、あなたと本プラットフォームとの間には v1.3 版が引き続き適用されます。</w:t>
      </w:r>
    </w:p>
    <w:p>
      <w:r>
        <w:rPr>
          <w:b w:val="0"/>
        </w:rPr>
        <w:t>3. 審査中のアップロードコンテンツ：v1.4 版の発効日前に提出され、まだ審査を通過していないアップロードコンテンツについて、本プラットフォームは発効日から審査を一時停止し、アプリ内通知およびメールであなたに通知します。あなたが本版への同意にチェックを入れた後、本プラットフォームは本版に従って当該コンテンツを審査します（第1.2条第9号に基づく許諾期限および許諾開始日の選択、ならびに第4.8条第1号に基づく権利証明書類の提出を含みます）。第6.1条の審査期間は、あなたが同意にチェックを入れ資料を揃えた日から起算します。</w:t>
      </w:r>
    </w:p>
    <w:p>
      <w:r>
        <w:rPr>
          <w:b w:val="0"/>
        </w:rPr>
        <w:t>4. 取下げ：本版に同意しない場合、あなたはいつでもクリエイター管理画面で審査中のアップロードコンテンツを取り下げることができ、理由を示す必要はなく、これにより何らの責任も負いません。本プラットフォームは取下げの受領後 7 営業日以内に処理を停止し、第8条およびプライバシーポリシーに従って関連データを取り扱います。審査中のアップロードコンテンツは公開掲載されていないため、本プラットフォームはこれを公開利用してはなりません。</w:t>
      </w:r>
    </w:p>
    <w:p>
      <w:r>
        <w:rPr>
          <w:b/>
        </w:rPr>
        <w:t>13.7 v1.5 版の適用。</w:t>
      </w:r>
      <w:r>
        <w:rPr>
          <w:b w:val="0"/>
        </w:rPr>
        <w:t xml:space="preserve"> v1.5 版は第9.5条および第9.6条（支払基準額、支払周期、支払方法、送金手数料ならびに税金および保険料の控除）を改定するものであり、その他の条項は変更していません。</w:t>
      </w:r>
    </w:p>
    <w:p>
      <w:r>
        <w:rPr>
          <w:b w:val="0"/>
        </w:rPr>
        <w:t>1. 新たに登録したクリエイター、および本版への同意にチェックを入れたクリエイター：本版は、同意にチェックを入れた時から適用されます。</w:t>
      </w:r>
    </w:p>
    <w:p>
      <w:r>
        <w:rPr>
          <w:b w:val="0"/>
        </w:rPr>
        <w:t>2. v1.4 版またはそれ以前の版に同意済みのクリエイター：クリエイター管理画面で本版への同意にチェックを入れた後でなければ、新たなコンテンツのアップロード、または審査中のアップロードコンテンツについての補足資料の提出、修正その他審査に関する操作を行うことはできません（第13.3条後段）。本版への同意にチェックを入れるまでは、あなたと本プラットフォームとの間にはあなたが同意した版が引き続き適用されます。ただし、第9.5条および第9.6条の改定は、第13.3条前段に基づく通知から30日後に発効し、発効後に支払われる分配金に適用されます。</w:t>
      </w:r>
    </w:p>
    <w:p>
      <w:r>
        <w:rPr>
          <w:b w:val="0"/>
        </w:rPr>
        <w:t>3. 審査中のアップロードコンテンツ：本版の発効日前に提出され、まだ審査を通過していないアップロードコンテンツについて、本プラットフォームは発効日から審査を一時停止し、あなたが本版への同意にチェックを入れた後に再開します。第6.1条の審査期間は、あなたが同意にチェックを入れた日から起算します。本版に同意しない場合、あなたはいつでもクリエイター管理画面で審査中のアップロードコンテンツを取り下げることができ、第13.6条第4号の規定を準用します。</w:t>
      </w:r>
    </w:p>
    <w:p>
      <w:r>
        <w:rPr>
          <w:b/>
        </w:rPr>
        <w:t>13.8 v1.6 版の適用。</w:t>
      </w:r>
      <w:r>
        <w:rPr>
          <w:b w:val="0"/>
        </w:rPr>
        <w:t xml:space="preserve"> v1.6 版は第3.1条に「アプリストア」での利用を追加するものであり、第13.3条および第13.5条に定める許諾範囲の拡大に当たります。その他の条項は変更していません。</w:t>
      </w:r>
    </w:p>
    <w:p>
      <w:r>
        <w:rPr>
          <w:b w:val="0"/>
        </w:rPr>
        <w:t>1. 新たに登録したクリエイター、および本版への同意にチェックを入れたクリエイター：本版は、同意にチェックを入れた時から、そのクリエイターがアップロードまたは提出するコンテンツ（既存のアップロードコンテンツおよび第3号の審査中のアップロードコンテンツを含みます）に適用されます。</w:t>
      </w:r>
    </w:p>
    <w:p>
      <w:r>
        <w:rPr>
          <w:b w:val="0"/>
        </w:rPr>
        <w:t>2. v1.5 版またはそれ以前の版に同意済みのクリエイター：クリエイター管理画面で本版への同意にチェックを入れた後でなければ、新たなコンテンツのアップロード、または審査中のアップロードコンテンツについての補足資料の提出、修正その他審査に関する操作を行うことはできません（第13.3条後段）。本版への同意にチェックを入れるまでは、あなたと本プラットフォームとの間にはあなたが同意した版が引き続き適用され、本プラットフォームはあなたの既存のアップロードコンテンツについて第3.1条の「アプリストア」での利用を行いません。ただし、あなたが個別のアップロードコンテンツについて署名した作品許諾書に当該利用の定めがある場合は、当該作品許諾書によります。</w:t>
      </w:r>
    </w:p>
    <w:p>
      <w:r>
        <w:rPr>
          <w:b w:val="0"/>
        </w:rPr>
        <w:t>3. 審査中のアップロードコンテンツ：本版の発効日前に提出され、まだ審査を通過していないアップロードコンテンツについて、本プラットフォームは発効日から審査を一時停止し、あなたが本版への同意にチェックを入れた後に再開します。第6.1条の審査期間は、あなたが同意にチェックを入れた日から起算します。本版に同意しない場合、あなたはいつでもクリエイター管理画面で審査中のアップロードコンテンツを取り下げることができ、第13.6条第4号の規定を準用します。</w:t>
      </w:r>
    </w:p>
    <w:p>
      <w:pPr>
        <w:pStyle w:val="Heading2"/>
      </w:pPr>
      <w:r>
        <w:t>第14条　準拠法および管轄</w:t>
      </w:r>
    </w:p>
    <w:p>
      <w:r>
        <w:rPr>
          <w:b w:val="0"/>
        </w:rPr>
        <w:t>14.1 本規約の解釈および適用は、中華民国（台湾）の法律に準拠します。</w:t>
      </w:r>
    </w:p>
    <w:p>
      <w:r>
        <w:rPr>
          <w:b w:val="0"/>
        </w:rPr>
        <w:t>14.2 本規約から生じる紛争について、双方はまず誠実に協議するものとします。協議が成立せず訴訟となった場合は、台湾台北地方裁判所を第一審の管轄裁判所とします。ただし、あなたが消費者である場合は、消費者保護法第47条または民事訴訟法の規定に基づき、管轄権を有する他の裁判所に訴えを提起することができ、本項の定めは、民事訴訟法第28条第2項に基づき移送を申し立てるあなたの権利に影響しません。</w:t>
      </w:r>
    </w:p>
    <w:p>
      <w:r>
        <w:rPr>
          <w:b w:val="0"/>
        </w:rPr>
        <w:t>14.3 本規約は繁体字中国語版を正本とします。本プラットフォームが提供するその他の言語版は閲覧の便宜のための翻訳であり、相違がある場合は繁体字中国語版が優先します。</w:t>
      </w:r>
    </w:p>
    <w:p>
      <w:pPr>
        <w:pStyle w:val="Heading2"/>
      </w:pPr>
      <w:r>
        <w:t>第15条　その他</w:t>
      </w:r>
    </w:p>
    <w:p>
      <w:r>
        <w:rPr>
          <w:b w:val="0"/>
        </w:rPr>
        <w:t>15.1 本規約のいずれかの条項が無効とされた場合でも、その他の条項の効力には影響しません。無効な部分は、本来の趣旨に最も近い適法な条項に置き換えられます。</w:t>
      </w:r>
    </w:p>
    <w:p>
      <w:r>
        <w:rPr>
          <w:b w:val="0"/>
        </w:rPr>
        <w:t>15.2 本規約に疑義がある場合は、民法の関係規定に従って解釈します。あなたが消費者である場合は、消費者保護法第11条第2項に基づき、あなたに有利に解釈します。</w:t>
      </w:r>
    </w:p>
    <w:p>
      <w:r>
        <w:rPr>
          <w:b w:val="0"/>
        </w:rPr>
        <w:t>15.3 あなたは本プラットフォームの書面による同意なく、本規約上の権利義務を第三者に譲渡することはできません。本プラットフォームが事業譲渡、合併、分割、組織変更または関係会社との再編もしくは資金調達により本プラットフォームサービスを移転する場合、本規約を譲受人に移転することができ、あなたに通知します。同意しない場合、あなたは第7条に基づき配信停止を申請できます。</w:t>
      </w:r>
    </w:p>
    <w:p>
      <w:pPr>
        <w:pStyle w:val="Heading2"/>
      </w:pPr>
      <w:r>
        <w:t>付属書　同意チェックボックスの文言</w:t>
      </w:r>
    </w:p>
    <w:p>
      <w:r>
        <w:rPr>
          <w:b w:val="0"/>
        </w:rPr>
        <w:t>チェックを入れる前に、私は「Guava Shorts クリエイターアップロード許諾規約」（バージョン v1.6、[全文を表示]／[PDF をダウンロード]）およびプライバシーポリシーを全文読み理解しました。同規約に基づき、私がアップロードするコンテンツの利用を 城浩科技有限公司 に許諾することに同意し、アップロードするコンテンツについて完全な権利を有し、出演者の肖像および声（AI による生成または模倣を含む）、音楽、ならびに未成年者の法定代理人について必要な同意を得ていること、および使用した AI ツールを正確に開示したことを確認します。第4.3条および第4.8条に基づき生成記録および権利証明書類を保存し、本プラットフォームの請求があったときは期限内に提出することに同意します。私が管理画面で各作品について選択した許諾期限および許諾開始日（許諾取得の作品については原権利者の許諾期間を超えないもの）を確認し、許諾の満了後は第3.11条に従って取り扱われることを理解しました。</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JP" w:hAnsi="Noto Serif CJK JP" w:eastAsia="Noto Serif CJK JP" w:cs="Noto Serif CJK JP"/>
      <w:sz w:val="21"/>
      <w:lang w:val="ja-JP" w:eastAsia="ja-JP"/>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JP" w:hAnsi="Noto Serif CJK JP" w:eastAsia="Noto Serif CJK JP" w:cs="Noto Serif CJK JP"/>
      <w:b/>
      <w:bCs/>
      <w:color w:val="365F91" w:themeColor="accent1" w:themeShade="BF"/>
      <w:sz w:val="28"/>
      <w:szCs w:val="28"/>
      <w:lang w:val="ja-JP" w:eastAsia="ja-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JP" w:hAnsi="Noto Serif CJK JP" w:eastAsia="Noto Serif CJK JP" w:cs="Noto Serif CJK JP"/>
      <w:b/>
      <w:bCs/>
      <w:color w:val="4F81BD" w:themeColor="accent1"/>
      <w:sz w:val="26"/>
      <w:szCs w:val="26"/>
      <w:lang w:val="ja-JP" w:eastAsia="ja-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JP" w:hAnsi="Noto Serif CJK JP" w:eastAsia="Noto Serif CJK JP" w:cs="Noto Serif CJK JP"/>
      <w:b/>
      <w:bCs/>
      <w:color w:val="4F81BD" w:themeColor="accent1"/>
      <w:lang w:val="ja-JP" w:eastAsia="ja-JP"/>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JP" w:hAnsi="Noto Serif CJK JP" w:eastAsia="Noto Serif CJK JP" w:cs="Noto Serif CJK JP"/>
      <w:color w:val="17365D" w:themeColor="text2" w:themeShade="BF"/>
      <w:spacing w:val="5"/>
      <w:kern w:val="28"/>
      <w:sz w:val="52"/>
      <w:szCs w:val="52"/>
      <w:lang w:val="ja-JP" w:eastAsia="ja-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JP" w:hAnsi="Noto Serif CJK JP" w:eastAsia="Noto Serif CJK JP" w:cs="Noto Serif CJK JP"/>
      <w:lang w:val="ja-JP" w:eastAsia="ja-JP"/>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JP" w:hAnsi="Noto Serif CJK JP" w:eastAsia="Noto Serif CJK JP" w:cs="Noto Serif CJK JP"/>
      <w:lang w:val="ja-JP"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